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300" w:lineRule="auto"/>
      </w:pPr>
      <w:r>
        <w:rPr>
          <w:rFonts w:ascii="微软雅黑" w:hAnsi="微软雅黑" w:eastAsia="微软雅黑" w:cs="微软雅黑" w:hint="eastAsia"/>
          <w:b/>
          <w:color w:val="1F4E8C"/>
          <w:sz w:val="44"/>
          <w:lang w:eastAsia="zh-CN"/>
        </w:rPr>
        <w:t>地铁网络最短路算法：详细讲解与代码实例</w:t>
      </w:r>
    </w:p>
    <w:p>
      <w:pPr>
        <w:spacing w:before="144"/>
      </w:pPr>
      <w:r>
        <w:rPr>
          <w:rFonts w:ascii="微软雅黑" w:eastAsia="微软雅黑" w:hAnsi="微软雅黑" w:cs="微软雅黑" w:hint="eastAsia"/>
          <w:color w:val="6B7280"/>
          <w:sz w:val="24"/>
          <w:lang w:eastAsia="zh-CN"/>
        </w:rPr>
        <w:t>基于 qtview / cheng 项目真实源码 · 逐算法精讲 · C++ 实现</w:t>
      </w:r>
    </w:p>
    <w:p>
      <w:pPr>
        <w:spacing w:before="240"/>
      </w:pPr>
      <w:r/>
      <w:r>
        <w:rPr>
          <w:rFonts w:ascii="JetBrains Mono" w:hAnsi="JetBrains Mono"/>
          <w:color w:val="1F4E8C"/>
          <w:sz w:val="18"/>
        </w:rPr>
        <w:t>Dijkstra ×3</w:t>
      </w:r>
      <w:r>
        <w:rPr>
          <w:rFonts w:ascii="JetBrains Mono" w:hAnsi="JetBrains Mono"/>
          <w:color w:val="1F4E8C"/>
          <w:sz w:val="18"/>
        </w:rPr>
        <w:t>Bellman-Ford</w:t>
      </w:r>
      <w:r>
        <w:rPr>
          <w:rFonts w:ascii="JetBrains Mono" w:hAnsi="JetBrains Mono"/>
          <w:color w:val="1F4E8C"/>
          <w:sz w:val="18"/>
        </w:rPr>
        <w:t>SPFA</w:t>
      </w:r>
      <w:r/>
      <w:r>
        <w:rPr>
          <w:rFonts w:ascii="JetBrains Mono" w:hAnsi="JetBrains Mono"/>
          <w:color w:val="1F4E8C"/>
          <w:sz w:val="18"/>
        </w:rPr>
        <w:t>Floyd</w:t>
      </w:r>
      <w:r>
        <w:rPr>
          <w:rFonts w:ascii="微软雅黑" w:hAnsi="微软雅黑" w:eastAsia="微软雅黑" w:cs="微软雅黑" w:hint="eastAsia"/>
          <w:color w:val="1F4E8C"/>
          <w:sz w:val="18"/>
          <w:lang w:eastAsia="zh-CN"/>
        </w:rPr>
        <w:t>巡回 DP</w:t>
      </w:r>
      <w:r>
        <w:rPr>
          <w:rFonts w:ascii="微软雅黑" w:hAnsi="微软雅黑" w:eastAsia="微软雅黑" w:cs="微软雅黑" w:hint="eastAsia"/>
          <w:color w:val="1F4E8C"/>
          <w:sz w:val="18"/>
          <w:lang w:eastAsia="zh-CN"/>
        </w:rPr>
        <w:t>碰头点</w:t>
      </w:r>
      <w:r>
        <w:rPr>
          <w:rFonts w:ascii="微软雅黑" w:hAnsi="微软雅黑" w:eastAsia="微软雅黑" w:cs="微软雅黑" w:hint="eastAsia"/>
          <w:color w:val="1F4E8C"/>
          <w:sz w:val="18"/>
          <w:lang w:eastAsia="zh-CN"/>
        </w:rPr>
        <w:t>拥堵建模</w:t>
      </w:r>
      <w:r/>
      <w:r/>
    </w:p>
    <w:p>
      <w:pPr>
        <w:spacing w:after="96"/>
      </w:pPr>
      <w:r>
        <w:rPr>
          <w:rFonts w:ascii="微软雅黑" w:eastAsia="微软雅黑" w:hAnsi="微软雅黑" w:cs="微软雅黑" w:hint="eastAsia"/>
          <w:b/>
          <w:lang w:eastAsia="zh-CN"/>
        </w:rPr>
        <w:t>目录</w:t>
      </w:r>
    </w:p>
    <w:p>
      <w:pPr>
        <w:pStyle w:val="ListNumber"/>
        <w:numPr>
          <w:ilvl w:val="0"/>
          <w:numId w:val="10"/>
        </w:numPr>
        <w:spacing w:after="67"/>
      </w:pPr>
      <w:hyperlink w:anchor="s0">
        <w:r>
          <w:rPr>
            <w:color w:val="0000EE"/>
            <w:u w:val="single"/>
          </w:rPr>
          <w:t>公共基础：数据类型与图结构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1">
        <w:r>
          <w:rPr>
            <w:color w:val="0000EE"/>
            <w:u w:val="single"/>
          </w:rPr>
          <w:t>Dijkstra 朴素版（O(n²)）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2">
        <w:r>
          <w:rPr>
            <w:color w:val="0000EE"/>
            <w:u w:val="single"/>
          </w:rPr>
          <w:t>Dijkstra 堆优化版（O((n+m)log n)）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3">
        <w:r>
          <w:rPr>
            <w:color w:val="0000EE"/>
            <w:u w:val="single"/>
          </w:rPr>
          <w:t>Dijkstra 记录型（供动画重放）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4">
        <w:r>
          <w:rPr>
            <w:color w:val="0000EE"/>
            <w:u w:val="single"/>
          </w:rPr>
          <w:t>Bellman-Ford（支持负权）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5">
        <w:r>
          <w:rPr>
            <w:color w:val="0000EE"/>
            <w:u w:val="single"/>
          </w:rPr>
          <w:t>SPFA（队列优化）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6">
        <w:r>
          <w:rPr>
            <w:color w:val="0000EE"/>
            <w:u w:val="single"/>
          </w:rPr>
          <w:t>Floyd 全源最短路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7">
        <w:r>
          <w:rPr>
            <w:color w:val="0000EE"/>
            <w:u w:val="single"/>
          </w:rPr>
          <w:t>多目标巡回：状态压缩 DP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8">
        <w:r>
          <w:rPr>
            <w:color w:val="0000EE"/>
            <w:u w:val="single"/>
          </w:rPr>
          <w:t>碰头点选址（minimax / minisum）</w:t>
        </w:r>
      </w:hyperlink>
    </w:p>
    <w:p>
      <w:pPr>
        <w:pStyle w:val="ListNumber"/>
        <w:numPr>
          <w:ilvl w:val="0"/>
          <w:numId w:val="10"/>
        </w:numPr>
        <w:spacing w:after="67"/>
      </w:pPr>
      <w:hyperlink w:anchor="s9">
        <w:r>
          <w:rPr>
            <w:color w:val="0000EE"/>
            <w:u w:val="single"/>
          </w:rPr>
          <w:t>拥堵系数建模（数据驱动）</w:t>
        </w:r>
      </w:hyperlink>
      <w:r/>
      <w:r/>
      <w:r/>
    </w:p>
    <w:p>
      <w:bookmarkStart w:id="0" w:name="s0"/>
      <w:pPr>
        <w:pStyle w:val="Heading2"/>
        <w:spacing w:line="300" w:lineRule="auto"/>
      </w:pPr>
      <w:bookmarkEnd w:id="0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零、公共基础：数据类型与图结构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所有算法共用同一套基础设施，先把它读透，后面每个算法才好对照。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（一）距离类型与无穷大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边权是「分钟」，可能累加很多段，所以用</w:t>
      </w:r>
      <w:r>
        <w:t xml:space="preserve"> 64 </w:t>
      </w:r>
      <w:r>
        <w:rPr>
          <w:rFonts w:ascii="微软雅黑" w:eastAsia="微软雅黑" w:hAnsi="微软雅黑" w:cs="微软雅黑" w:hint="eastAsia"/>
          <w:lang w:eastAsia="zh-CN"/>
        </w:rPr>
        <w:t>位整数</w:t>
      </w:r>
      <w:r>
        <w:t xml:space="preserve"> </w:t>
      </w:r>
      <w:r>
        <w:rPr>
          <w:rFonts w:ascii="Courier" w:hAnsi="Courier"/>
        </w:rPr>
        <w:t>long long</w:t>
      </w:r>
      <w:r>
        <w:rPr>
          <w:rFonts w:ascii="微软雅黑" w:eastAsia="微软雅黑" w:hAnsi="微软雅黑" w:cs="微软雅黑" w:hint="eastAsia"/>
          <w:lang w:eastAsia="zh-CN"/>
        </w:rPr>
        <w:t xml:space="preserve">；无穷大取 </w:t>
      </w:r>
      <w:r>
        <w:rPr>
          <w:rFonts w:ascii="Courier" w:hAnsi="Courier"/>
        </w:rPr>
        <w:t>1e18</w:t>
      </w:r>
      <w:r>
        <w:rPr>
          <w:rFonts w:ascii="微软雅黑" w:eastAsia="微软雅黑" w:hAnsi="微软雅黑" w:cs="微软雅黑" w:hint="eastAsia"/>
          <w:lang w:eastAsia="zh-CN"/>
        </w:rPr>
        <w:t xml:space="preserve"> 而不是 </w:t>
      </w:r>
      <w:r>
        <w:rPr>
          <w:rFonts w:ascii="Courier" w:hAnsi="Courier"/>
        </w:rPr>
        <w:t>INT_MAX</w:t>
      </w:r>
      <w:r>
        <w:rPr>
          <w:rFonts w:ascii="微软雅黑" w:eastAsia="微软雅黑" w:hAnsi="微软雅黑" w:cs="微软雅黑" w:hint="eastAsia"/>
          <w:lang w:eastAsia="zh-CN"/>
        </w:rPr>
        <w:t xml:space="preserve">，是为避免两段 </w:t>
      </w:r>
      <w:r>
        <w:rPr>
          <w:rFonts w:ascii="Courier" w:hAnsi="Courier"/>
        </w:rPr>
        <w:t>dis[u]+w</w:t>
      </w:r>
      <w:r>
        <w:rPr>
          <w:rFonts w:ascii="微软雅黑" w:eastAsia="微软雅黑" w:hAnsi="微软雅黑" w:cs="微软雅黑" w:hint="eastAsia"/>
          <w:lang w:eastAsia="zh-CN"/>
        </w:rPr>
        <w:t xml:space="preserve"> 相加时整数溢出。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JetBrains Mono" w:hAnsi="JetBrains Mono"/>
          <w:color w:val="1A2230"/>
          <w:sz w:val="19"/>
        </w:rPr>
        <w:t>// common/common.h typedef long long ll; const ll INF = 1e18;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（二）Graph：邻接表 + 邻接矩阵双存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这是本项目一个设计取舍：邻接表 </w:t>
      </w:r>
      <w:r>
        <w:rPr>
          <w:rFonts w:ascii="Courier" w:hAnsi="Courier"/>
        </w:rPr>
        <w:t>g_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用于</w:t>
      </w:r>
      <w:r>
        <w:t xml:space="preserve"> Dijkstra/Bellman-Ford/SPFA </w:t>
      </w:r>
      <w:r>
        <w:rPr>
          <w:rFonts w:ascii="微软雅黑" w:eastAsia="微软雅黑" w:hAnsi="微软雅黑" w:cs="微软雅黑" w:hint="eastAsia"/>
          <w:lang w:eastAsia="zh-CN"/>
        </w:rPr>
        <w:t>的「枚举每个点的出边」（邻接表枚举最快）；邻接矩阵</w:t>
      </w:r>
      <w:r>
        <w:t xml:space="preserve"> </w:t>
      </w:r>
      <w:r>
        <w:rPr>
          <w:rFonts w:ascii="Courier" w:hAnsi="Courier"/>
        </w:rPr>
        <w:t>a_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用于</w:t>
      </w:r>
      <w:r>
        <w:t xml:space="preserve"> Floyd </w:t>
      </w:r>
      <w:r>
        <w:rPr>
          <w:rFonts w:ascii="微软雅黑" w:eastAsia="微软雅黑" w:hAnsi="微软雅黑" w:cs="微软雅黑" w:hint="eastAsia"/>
          <w:lang w:eastAsia="zh-CN"/>
        </w:rPr>
        <w:t>的「随机访问两点之间有没有边、权多少」（矩阵</w:t>
      </w:r>
      <w:r>
        <w:t xml:space="preserve"> O(1) </w:t>
      </w:r>
      <w:r>
        <w:rPr>
          <w:rFonts w:ascii="微软雅黑" w:eastAsia="微软雅黑" w:hAnsi="微软雅黑" w:cs="微软雅黑" w:hint="eastAsia"/>
          <w:lang w:eastAsia="zh-CN"/>
        </w:rPr>
        <w:t>访问）。两条数据一起维护，各取所长。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cheng/graph.h（节选） struct Edge { int to; ll w; }; class Graph { bool dir_; int n_, m_, dropped_; std::vector&lt;bool&gt; alive_; // 标记哪些点还活着（支持删点） std::vector&lt;std::vector&lt;Edge&gt; &gt; g_; // 邻接表：g_[u] = u 的所有出边 std::vector&lt;std::vector&lt;ll&gt; &gt; a_; // 邻接矩阵：a_[u][v] = 权值 / INF };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（三）前驱还原路径 getPath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所有单源算法都只记录 </w:t>
      </w:r>
      <w:r>
        <w:rPr>
          <w:rFonts w:ascii="Courier" w:hAnsi="Courier"/>
        </w:rPr>
        <w:t>pre[v]</w:t>
      </w:r>
      <w:r>
        <w:rPr>
          <w:rFonts w:ascii="微软雅黑" w:eastAsia="微软雅黑" w:hAnsi="微软雅黑" w:cs="微软雅黑" w:hint="eastAsia"/>
          <w:lang w:eastAsia="zh-CN"/>
        </w:rPr>
        <w:t>（</w:t>
      </w:r>
      <w:r>
        <w:t xml:space="preserve">v </w:t>
      </w:r>
      <w:r>
        <w:rPr>
          <w:rFonts w:ascii="微软雅黑" w:eastAsia="微软雅黑" w:hAnsi="微软雅黑" w:cs="微软雅黑" w:hint="eastAsia"/>
          <w:lang w:eastAsia="zh-CN"/>
        </w:rPr>
        <w:t>是从谁松弛来的）。要输出具体走法，用</w:t>
      </w:r>
      <w:r>
        <w:t xml:space="preserve"> </w:t>
      </w:r>
      <w:r>
        <w:rPr>
          <w:rFonts w:ascii="Courier" w:hAnsi="Courier"/>
        </w:rPr>
        <w:t>getPath</w:t>
      </w:r>
      <w:r>
        <w:rPr>
          <w:rFonts w:ascii="微软雅黑" w:eastAsia="微软雅黑" w:hAnsi="微软雅黑" w:cs="微软雅黑" w:hint="eastAsia"/>
          <w:lang w:eastAsia="zh-CN"/>
        </w:rPr>
        <w:t xml:space="preserve"> 从终点沿 </w:t>
      </w:r>
      <w:r>
        <w:rPr>
          <w:rFonts w:ascii="Courier" w:hAnsi="Courier"/>
        </w:rPr>
        <w:t>pre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倒推回起点。它做了三层越界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成环防御，避免坏数据触发未定义行为。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common/common.h inline std::vector&lt;int&gt; getPath(int s, int t, const std::vector&lt;int&gt;&amp; pre) { std::vector&lt;int&gt; res; const int n = (int)pre.size(); if (s &lt; 0 || s &gt;= n || t &lt; 0 || t &gt;= n) return res; // 起终点越界 if (s == t) return std::vector&lt;int&gt;(1, s); for (int v = t; v != s; v = pre[v]) { if (v &lt; 0 || v &gt;= n) return std::vector&lt;int&gt;(); // 前驱越界 if ((int)res.size() &gt; n) return std::vector&lt;int&gt;(); // 前驱成环，防御 res.push_back(v); } res.push_back(s); std::reverse(res.begin(), res.end()); return res; }</w:t>
      </w:r>
      <w:r/>
      <w:r/>
    </w:p>
    <w:p>
      <w:bookmarkStart w:id="1" w:name="s1"/>
      <w:pPr>
        <w:pStyle w:val="Heading2"/>
        <w:spacing w:line="300" w:lineRule="auto"/>
      </w:pPr>
      <w:bookmarkEnd w:id="1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一、Dijkstra 朴素版（O(n²)）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核心思想</w:t>
      </w:r>
      <w:r>
        <w:rPr>
          <w:rFonts w:ascii="微软雅黑" w:eastAsia="微软雅黑" w:hAnsi="微软雅黑" w:cs="微软雅黑" w:hint="eastAsia"/>
          <w:lang w:eastAsia="zh-CN"/>
        </w:rPr>
        <w:t>：贪心。每次从「还没确定最短路的点」里挑一个当前距离最小的，把它永久确定下来（因为它不可能再被松弛得更小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所有边权非负），再用它去松弛邻居。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cheng/dijkstra.cpp —— dijkstraNaive void dijkstraNaive(const Graph&amp; g, int s, std::vector&lt;ll&gt;&amp; dis, std::vector&lt;int&gt;&amp; pre) { int n = g.n(); dis.assign(n, INF); pre.assign(n, -1); dis[s] = 0; std::vector&lt;int&gt; vis(n, 0); // vis=1 表示该点最短路已经确定 for (int i = 0; i &lt; n; i++) { int u = -1; for (int j = 0; j &lt; n; j++) { // 每次 O(n) 扫一遍找距离最小的点 if (!g.ok(j) || vis[j]) continue; if (u == -1 || dis[j] &lt; dis[u]) u = j; } if (u == -1 || dis[u] == INF) break; // 剩下的都到不了，提前结束 vis[u] = 1; // 永久确定 u const std::vector&lt;Edge&gt;&amp; t = g.adj(u); for (int j = 0; j &lt; (int)t.size(); j++) { // 用 u 松弛所有邻居 int v = t[j].to; ll w = t[j].w; if (dis[u] + w &lt; dis[v]) { // 松弛 dis[v] = dis[u] + w; pre[v] = u; } } }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逐行解读</w:t>
      </w:r>
    </w:p>
    <w:p>
      <w:pPr>
        <w:pStyle w:val="ListBullet"/>
        <w:spacing w:after="67"/>
      </w:pPr>
      <w:r>
        <w:rPr>
          <w:rFonts w:ascii="Courier" w:hAnsi="Courier"/>
        </w:rPr>
        <w:t>vis[u]=1</w:t>
      </w:r>
      <w:r>
        <w:rPr>
          <w:rFonts w:ascii="微软雅黑" w:eastAsia="微软雅黑" w:hAnsi="微软雅黑" w:cs="微软雅黑" w:hint="eastAsia"/>
          <w:lang w:eastAsia="zh-CN"/>
        </w:rPr>
        <w:t xml:space="preserve"> 是「确定」标记：只有未被确定的点才有资格当下一轮的最小点。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lang w:eastAsia="zh-CN"/>
        </w:rPr>
        <w:t xml:space="preserve">「找最小点」那层 </w:t>
      </w:r>
      <w:r>
        <w:rPr>
          <w:rFonts w:ascii="Courier" w:hAnsi="Courier"/>
        </w:rPr>
        <w:t>for j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是</w:t>
      </w:r>
      <w:r>
        <w:t xml:space="preserve"> O(n)</w:t>
      </w:r>
      <w:r>
        <w:rPr>
          <w:rFonts w:ascii="微软雅黑" w:eastAsia="微软雅黑" w:hAnsi="微软雅黑" w:cs="微软雅黑" w:hint="eastAsia"/>
          <w:lang w:eastAsia="zh-CN"/>
        </w:rPr>
        <w:t>，整体做</w:t>
      </w:r>
      <w:r>
        <w:t xml:space="preserve"> n </w:t>
      </w:r>
      <w:r>
        <w:rPr>
          <w:rFonts w:ascii="微软雅黑" w:eastAsia="微软雅黑" w:hAnsi="微软雅黑" w:cs="微软雅黑" w:hint="eastAsia"/>
          <w:lang w:eastAsia="zh-CN"/>
        </w:rPr>
        <w:t>次，所以复杂度</w:t>
      </w:r>
      <w:r>
        <w:t xml:space="preserve"> </w:t>
      </w:r>
      <w:r>
        <w:rPr>
          <w:b/>
        </w:rPr>
        <w:t>O(n²)</w:t>
      </w:r>
      <w:r>
        <w:rPr>
          <w:rFonts w:ascii="微软雅黑" w:eastAsia="微软雅黑" w:hAnsi="微软雅黑" w:cs="微软雅黑" w:hint="eastAsia"/>
          <w:lang w:eastAsia="zh-CN"/>
        </w:rPr>
        <w:t>。稠密图（边数接近</w:t>
      </w:r>
      <w:r>
        <w:t xml:space="preserve"> n²</w:t>
      </w:r>
      <w:r>
        <w:rPr>
          <w:rFonts w:ascii="微软雅黑" w:eastAsia="微软雅黑" w:hAnsi="微软雅黑" w:cs="微软雅黑" w:hint="eastAsia"/>
          <w:lang w:eastAsia="zh-CN"/>
        </w:rPr>
        <w:t>）时这版反而比堆优化快（堆有</w:t>
      </w:r>
      <w:r>
        <w:t xml:space="preserve"> log </w:t>
      </w:r>
      <w:r>
        <w:rPr>
          <w:rFonts w:ascii="微软雅黑" w:eastAsia="微软雅黑" w:hAnsi="微软雅黑" w:cs="微软雅黑" w:hint="eastAsia"/>
          <w:lang w:eastAsia="zh-CN"/>
        </w:rPr>
        <w:t>常数）。</w:t>
      </w:r>
    </w:p>
    <w:p>
      <w:pPr>
        <w:pStyle w:val="ListBullet"/>
        <w:spacing w:after="67"/>
      </w:pPr>
      <w:r>
        <w:rPr>
          <w:rFonts w:ascii="Courier" w:hAnsi="Courier"/>
        </w:rPr>
        <w:t>if (u==-1 || dis[u]==INF) break</w:t>
      </w:r>
      <w:r>
        <w:rPr>
          <w:rFonts w:ascii="微软雅黑" w:eastAsia="微软雅黑" w:hAnsi="微软雅黑" w:cs="微软雅黑" w:hint="eastAsia"/>
          <w:lang w:eastAsia="zh-CN"/>
        </w:rPr>
        <w:t>：剩下的点都不可达，没必要再扫，直接收工。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负权边会出错</w:t>
      </w:r>
      <w:r>
        <w:rPr>
          <w:rFonts w:ascii="微软雅黑" w:eastAsia="微软雅黑" w:hAnsi="微软雅黑" w:cs="微软雅黑" w:hint="eastAsia"/>
          <w:lang w:eastAsia="zh-CN"/>
        </w:rPr>
        <w:t>：因为确定后不再反悔；一旦有负权，可能本该被「从后面绕回来」更新得更小，但点已被锁死。</w:t>
      </w:r>
      <w:r/>
      <w:r/>
    </w:p>
    <w:p>
      <w:bookmarkStart w:id="2" w:name="s2"/>
      <w:pPr>
        <w:pStyle w:val="Heading2"/>
        <w:spacing w:line="300" w:lineRule="auto"/>
      </w:pPr>
      <w:bookmarkEnd w:id="2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二、Dijkstra 堆优化版（O((n+m)log n)）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把「找最小点」换成优先队列（小根堆），每次取堆顶即可，省掉</w:t>
      </w:r>
      <w:r>
        <w:t xml:space="preserve"> O(n) </w:t>
      </w:r>
      <w:r>
        <w:rPr>
          <w:rFonts w:ascii="微软雅黑" w:eastAsia="微软雅黑" w:hAnsi="微软雅黑" w:cs="微软雅黑" w:hint="eastAsia"/>
          <w:lang w:eastAsia="zh-CN"/>
        </w:rPr>
        <w:t>扫描。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cheng/dijkstra.cpp —— dijkstraHeap void dijkstraHeap(const Graph&amp; g, int s, std::vector&lt;ll&gt;&amp; dis, std::vector&lt;int&gt;&amp; pre) { int n = g.n(); dis.assign(n, INF); pre.assign(n, -1); dis[s] = 0; typedef std::pair&lt;ll, int&gt; P; // (dist, node) std::priority_queue&lt;P, std::vector&lt;P&gt;, std::greater&lt;P&gt; &gt; q; // 小根堆 q.push(std::make_pair(0, s)); std::vector&lt;int&gt; vis(n, 0); while (!q.empty()) { int u = q.top().second; q.pop(); if (vis[u]) continue; // 过期的进堆项，直接丢掉 vis[u] = 1; // 此时一定是「当前最小且未确定」的点 const std::vector&lt;Edge&gt;&amp; t = g.adj(u); for (int j = 0; j &lt; (int)t.size(); j++) { int v = t[j].to; ll w = t[j].w; if (dis[u] + w &lt; dis[v]) { dis[v] = dis[u] + w; pre[v] = u; q.push(std::make_pair(dis[v], v)); // 入堆（可能重复） } } }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 xml:space="preserve">关键难点：为什么 </w:t>
      </w:r>
      <w:r>
        <w:rPr>
          <w:rFonts w:ascii="PingFang SC" w:hAnsi="PingFang SC"/>
          <w:b/>
          <w:color w:val="6B7280"/>
          <w:sz w:val="23"/>
        </w:rPr>
        <w:t>if (vis[u]) continue;</w:t>
      </w: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 xml:space="preserve"> 不能省</w:t>
      </w:r>
    </w:p>
    <w:p>
      <w:pPr>
        <w:spacing w:before="120" w:after="120"/>
        <w:pBdr>
          <w:top w:val="single" w:sz="6" w:space="0" w:color="F0DCA0"/>
          <w:bottom w:val="single" w:sz="6" w:space="0" w:color="F0DCA0"/>
          <w:left w:val="single" w:sz="6" w:space="0" w:color="F0DCA0"/>
          <w:right w:val="single" w:sz="6" w:space="0" w:color="F0DCA0"/>
        </w:pBdr>
        <w:shd w:val="clear" w:color="auto" w:fill="FFF8E6"/>
      </w:pPr>
      <w:r>
        <w:rPr>
          <w:rFonts w:ascii="微软雅黑" w:eastAsia="微软雅黑" w:hAnsi="微软雅黑" w:cs="微软雅黑" w:hint="eastAsia"/>
          <w:b/>
          <w:color w:val="8A5A00"/>
          <w:lang w:eastAsia="zh-CN"/>
        </w:rPr>
        <w:t>易错点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：一个点 </w:t>
      </w:r>
      <w:r>
        <w:rPr>
          <w:rFonts w:ascii="Courier" w:hAnsi="Courier"/>
          <w:color w:val="8A5A00"/>
        </w:rPr>
        <w:t>v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可能被多次入堆（第一次 </w:t>
      </w:r>
      <w:r>
        <w:rPr>
          <w:rFonts w:ascii="Courier" w:hAnsi="Courier"/>
          <w:color w:val="8A5A00"/>
        </w:rPr>
        <w:t>dis=5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入堆，后来又被松弛成 </w:t>
      </w:r>
      <w:r>
        <w:rPr>
          <w:rFonts w:ascii="Courier" w:hAnsi="Courier"/>
          <w:color w:val="8A5A00"/>
        </w:rPr>
        <w:t>dis=3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再入堆）。堆里会有两份 </w:t>
      </w:r>
      <w:r>
        <w:rPr>
          <w:rFonts w:ascii="Courier" w:hAnsi="Courier"/>
          <w:color w:val="8A5A00"/>
        </w:rPr>
        <w:t>v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。当 </w:t>
      </w:r>
      <w:r>
        <w:rPr>
          <w:rFonts w:ascii="Courier" w:hAnsi="Courier"/>
          <w:color w:val="8A5A00"/>
        </w:rPr>
        <w:t>3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那份先被弹出并 </w:t>
      </w:r>
      <w:r>
        <w:rPr>
          <w:rFonts w:ascii="Courier" w:hAnsi="Courier"/>
          <w:color w:val="8A5A00"/>
        </w:rPr>
        <w:t>vis[v]=1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后，</w:t>
      </w:r>
      <w:r>
        <w:rPr>
          <w:rFonts w:ascii="Courier" w:hAnsi="Courier"/>
          <w:color w:val="8A5A00"/>
        </w:rPr>
        <w:t>5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那份再被弹出来时，</w:t>
      </w:r>
      <w:r>
        <w:rPr>
          <w:rFonts w:ascii="Courier" w:hAnsi="Courier"/>
          <w:color w:val="8A5A00"/>
        </w:rPr>
        <w:t>vis[v]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已经是 1，必须跳过，否则会用旧的大距离再去松弛邻居，得到错误结果。这就是「惰性删除」——不真删堆里的旧项，弹出时再判一次。这正是你项目 411 节点实测里真正在跑的版本。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复杂度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每个点最多入堆一次（确定后不再入），每条边松弛时可能入堆一次，共</w:t>
      </w:r>
      <w:r>
        <w:t xml:space="preserve"> O(n+m) </w:t>
      </w:r>
      <w:r>
        <w:rPr>
          <w:rFonts w:ascii="微软雅黑" w:eastAsia="微软雅黑" w:hAnsi="微软雅黑" w:cs="微软雅黑" w:hint="eastAsia"/>
          <w:lang w:eastAsia="zh-CN"/>
        </w:rPr>
        <w:t>次入堆，每次堆操作</w:t>
      </w:r>
      <w:r>
        <w:t xml:space="preserve"> O(log n)</w:t>
      </w:r>
      <w:r>
        <w:rPr>
          <w:rFonts w:ascii="微软雅黑" w:eastAsia="微软雅黑" w:hAnsi="微软雅黑" w:cs="微软雅黑" w:hint="eastAsia"/>
          <w:lang w:eastAsia="zh-CN"/>
        </w:rPr>
        <w:t>，故</w:t>
      </w:r>
      <w:r>
        <w:t xml:space="preserve"> </w:t>
      </w:r>
      <w:r>
        <w:rPr>
          <w:b/>
        </w:rPr>
        <w:t>O((n+m)log n)</w:t>
      </w:r>
      <w:r>
        <w:rPr>
          <w:rFonts w:ascii="微软雅黑" w:eastAsia="微软雅黑" w:hAnsi="微软雅黑" w:cs="微软雅黑" w:hint="eastAsia"/>
          <w:lang w:eastAsia="zh-CN"/>
        </w:rPr>
        <w:t>。稀疏图（地铁网边数远小于</w:t>
      </w:r>
      <w:r>
        <w:t xml:space="preserve"> n²</w:t>
      </w:r>
      <w:r>
        <w:rPr>
          <w:rFonts w:ascii="微软雅黑" w:eastAsia="微软雅黑" w:hAnsi="微软雅黑" w:cs="微软雅黑" w:hint="eastAsia"/>
          <w:lang w:eastAsia="zh-CN"/>
        </w:rPr>
        <w:t>）优势巨大。</w:t>
      </w:r>
      <w:r/>
      <w:r/>
    </w:p>
    <w:p>
      <w:bookmarkStart w:id="3" w:name="s3"/>
      <w:pPr>
        <w:pStyle w:val="Heading2"/>
        <w:spacing w:line="300" w:lineRule="auto"/>
      </w:pPr>
      <w:bookmarkEnd w:id="3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三、Dijkstra 记录型（供动画重放）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逻辑与堆版完全一致，唯一新增：把「被确定的点」按时间顺序收进 </w:t>
      </w:r>
      <w:r>
        <w:rPr>
          <w:rFonts w:ascii="Courier" w:hAnsi="Courier"/>
        </w:rPr>
        <w:t>order</w:t>
      </w:r>
      <w:r>
        <w:rPr>
          <w:rFonts w:ascii="微软雅黑" w:eastAsia="微软雅黑" w:hAnsi="微软雅黑" w:cs="微软雅黑" w:hint="eastAsia"/>
          <w:lang w:eastAsia="zh-CN"/>
        </w:rPr>
        <w:t>，动画模块就能按这个顺序一帧帧点亮节点。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cheng/dijkstra.cpp —— dijkstraRecorded void dijkstraRecorded(const Graph&amp; g, int s, std::vector&lt;int&gt;&amp; order, std::vector&lt;ll&gt;&amp; dis, std::vector&lt;int&gt;&amp; pre) { int n = g.n(); dis.assign(n, INF); pre.assign(n, -1); order.clear(); if (s &lt; 0 || s &gt;= n || !g.ok(s)) return; typedef std::pair&lt;ll, int&gt; ND; std::priority_queue&lt;ND, std::vector&lt;ND&gt;, std::greater&lt;ND&gt; &gt; pq; std::vector&lt;char&gt; done(n, 0); dis[s] = 0; pq.push(ND(0, s)); while (!pq.empty()) { ND top = pq.top(); pq.pop(); int u = top.second; if (done[u] || top.first &gt; dis[u]) continue; // 双重守卫 done[u] = 1; order.push_back(u); // ← 记录「确定顺序」，喂给动画 const std::vector&lt;Edge&gt;&amp; es = g.adj(u); for (size_t k = 0; k &lt; es.size(); ++k) { int v = es[k].to; if (v &lt; 0 || v &gt;= n || !g.ok(v)) continue; ll nd = dis[u] + es[k].w; if (nd &lt; dis[v]) { dis[v] = nd; pre[v] = u; pq.push(ND(nd, v)); } } }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双重守卫</w:t>
      </w:r>
    </w:p>
    <w:p>
      <w:pPr>
        <w:pStyle w:val="ListBullet"/>
        <w:spacing w:after="67"/>
      </w:pPr>
      <w:r>
        <w:rPr>
          <w:rFonts w:ascii="Courier" w:hAnsi="Courier"/>
        </w:rPr>
        <w:t>done[u]</w:t>
      </w:r>
      <w:r>
        <w:rPr>
          <w:rFonts w:ascii="微软雅黑" w:eastAsia="微软雅黑" w:hAnsi="微软雅黑" w:cs="微软雅黑" w:hint="eastAsia"/>
          <w:lang w:eastAsia="zh-CN"/>
        </w:rPr>
        <w:t xml:space="preserve">：等价于堆版的 </w:t>
      </w:r>
      <w:r>
        <w:rPr>
          <w:rFonts w:ascii="Courier" w:hAnsi="Courier"/>
        </w:rPr>
        <w:t>vis[u]</w:t>
      </w:r>
      <w:r>
        <w:rPr>
          <w:rFonts w:ascii="微软雅黑" w:eastAsia="微软雅黑" w:hAnsi="微软雅黑" w:cs="微软雅黑" w:hint="eastAsia"/>
          <w:lang w:eastAsia="zh-CN"/>
        </w:rPr>
        <w:t>，挡掉已确定的点。</w:t>
      </w:r>
    </w:p>
    <w:p>
      <w:pPr>
        <w:pStyle w:val="ListBullet"/>
        <w:spacing w:after="67"/>
      </w:pPr>
      <w:r>
        <w:rPr>
          <w:rFonts w:ascii="Courier" w:hAnsi="Courier"/>
        </w:rPr>
        <w:t>top.first &gt; dis[u]</w:t>
      </w:r>
      <w:r>
        <w:rPr>
          <w:rFonts w:ascii="微软雅黑" w:eastAsia="微软雅黑" w:hAnsi="微软雅黑" w:cs="微软雅黑" w:hint="eastAsia"/>
          <w:lang w:eastAsia="zh-CN"/>
        </w:rPr>
        <w:t>：挡掉「堆里的旧距离项」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即使点没被确定过，但堆顶这份距离比当前已知</w:t>
      </w:r>
      <w:r>
        <w:t xml:space="preserve"> </w:t>
      </w:r>
      <w:r>
        <w:rPr>
          <w:rFonts w:ascii="Courier" w:hAnsi="Courier"/>
        </w:rPr>
        <w:t>dis[u]</w:t>
      </w:r>
      <w:r>
        <w:rPr>
          <w:rFonts w:ascii="微软雅黑" w:eastAsia="微软雅黑" w:hAnsi="微软雅黑" w:cs="微软雅黑" w:hint="eastAsia"/>
          <w:lang w:eastAsia="zh-CN"/>
        </w:rPr>
        <w:t xml:space="preserve"> 还大，说明是过期项。比堆版只查 </w:t>
      </w:r>
      <w:r>
        <w:rPr>
          <w:rFonts w:ascii="Courier" w:hAnsi="Courier"/>
        </w:rPr>
        <w:t>vis</w:t>
      </w:r>
      <w:r>
        <w:rPr>
          <w:rFonts w:ascii="微软雅黑" w:eastAsia="微软雅黑" w:hAnsi="微软雅黑" w:cs="微软雅黑" w:hint="eastAsia"/>
          <w:lang w:eastAsia="zh-CN"/>
        </w:rPr>
        <w:t xml:space="preserve"> 更显式，写动画重放时更不易出错。</w:t>
      </w:r>
    </w:p>
    <w:p>
      <w:pPr>
        <w:spacing w:before="120" w:after="120"/>
        <w:pBdr>
          <w:top w:val="single" w:sz="6" w:space="0" w:color="F0DCA0"/>
          <w:bottom w:val="single" w:sz="6" w:space="0" w:color="F0DCA0"/>
          <w:left w:val="single" w:sz="6" w:space="0" w:color="F0DCA0"/>
          <w:right w:val="single" w:sz="6" w:space="0" w:color="F0DCA0"/>
        </w:pBdr>
        <w:shd w:val="clear" w:color="auto" w:fill="FFF8E6"/>
      </w:pPr>
      <w:r>
        <w:rPr>
          <w:rFonts w:ascii="微软雅黑" w:eastAsia="微软雅黑" w:hAnsi="微软雅黑" w:cs="微软雅黑" w:hint="eastAsia"/>
          <w:color w:val="8A5A00"/>
          <w:lang w:eastAsia="zh-CN"/>
        </w:rPr>
        <w:t>三个 Dijkstra 函数</w:t>
      </w:r>
      <w:r>
        <w:rPr>
          <w:rFonts w:ascii="微软雅黑" w:eastAsia="微软雅黑" w:hAnsi="微软雅黑" w:cs="微软雅黑" w:hint="eastAsia"/>
          <w:b/>
          <w:color w:val="8A5A00"/>
          <w:lang w:eastAsia="zh-CN"/>
        </w:rPr>
        <w:t>同源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>：朴素 / 堆 / 记录型只是「取最小点的方式」和「是否记录顺序」不同。改一处逻辑记得同步另两处。</w:t>
      </w:r>
      <w:r/>
      <w:r/>
    </w:p>
    <w:p>
      <w:bookmarkStart w:id="4" w:name="s4"/>
      <w:pPr>
        <w:pStyle w:val="Heading2"/>
        <w:spacing w:line="300" w:lineRule="auto"/>
      </w:pPr>
      <w:bookmarkEnd w:id="4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四、Bellman-Ford（支持负权）</w:t>
      </w:r>
    </w:p>
    <w:p>
      <w:pPr/>
      <w:r>
        <w:t xml:space="preserve">Dijkstra </w:t>
      </w:r>
      <w:r>
        <w:rPr>
          <w:rFonts w:ascii="微软雅黑" w:eastAsia="微软雅黑" w:hAnsi="微软雅黑" w:cs="微软雅黑" w:hint="eastAsia"/>
          <w:lang w:eastAsia="zh-CN"/>
        </w:rPr>
        <w:t>负权会出错，</w:t>
      </w:r>
      <w:r>
        <w:t xml:space="preserve">Bellman-Ford </w:t>
      </w:r>
      <w:r>
        <w:rPr>
          <w:rFonts w:ascii="微软雅黑" w:eastAsia="微软雅黑" w:hAnsi="微软雅黑" w:cs="微软雅黑" w:hint="eastAsia"/>
          <w:lang w:eastAsia="zh-CN"/>
        </w:rPr>
        <w:t>可以处理负权、并检测负环。做法是「逐轮松弛所有边」，最多</w:t>
      </w:r>
      <w:r>
        <w:t xml:space="preserve"> n-1 </w:t>
      </w:r>
      <w:r>
        <w:rPr>
          <w:rFonts w:ascii="微软雅黑" w:eastAsia="微软雅黑" w:hAnsi="微软雅黑" w:cs="微软雅黑" w:hint="eastAsia"/>
          <w:lang w:eastAsia="zh-CN"/>
        </w:rPr>
        <w:t>轮就收敛。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cheng/bellman_ford.cpp —— bellmanFord bool bellmanFord(const Graph&amp; g, int s, std::vector&lt;ll&gt;&amp; dis, std::vector&lt;int&gt;&amp; pre) { int n = g.n(); dis.assign(n, INF); pre.assign(n, -1); if (!g.ok(s)) return false; dis[s] = 0; for (int i = 1; i &lt;= n - 1; i++) { // 最多 n-1 轮 bool flag = false; // 本轮是否发生过松弛 for (int u = 0; u &lt; n; u++) { if (!g.ok(u) || dis[u] == INF) continue; const std::vector&lt;Edge&gt;&amp; t = g.adj(u); for (int j = 0; j &lt; (int)t.size(); j++) { int v = t[j].to; ll w = t[j].w; if (dis[u] + w &lt; dis[v]) { dis[v] = dis[u] + w; pre[v] = u; flag = true; } } } if (!flag) break; // 没有任何边被松弛 ⇒ 已收敛，提前停 } // 再来一轮：若还能松弛，说明存在从 s 可达的负环 for (int u = 0; u &lt; n; u++) { if (!g.ok(u) || dis[u] == INF) continue; const std::vector&lt;Edge&gt;&amp; t = g.adj(u); for (int j = 0; j &lt; (int)t.size(); j++) { int v = t[j].to; if (dis[u] + t[j].w &lt; dis[v]) return false; // 负环 ⇒ 返回 false } } return true;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讲解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为什么 n-1 轮</w:t>
      </w:r>
      <w:r>
        <w:rPr>
          <w:rFonts w:ascii="微软雅黑" w:eastAsia="微软雅黑" w:hAnsi="微软雅黑" w:cs="微软雅黑" w:hint="eastAsia"/>
          <w:lang w:eastAsia="zh-CN"/>
        </w:rPr>
        <w:t>：任何最短路最多经过</w:t>
      </w:r>
      <w:r>
        <w:t xml:space="preserve"> n-1 </w:t>
      </w:r>
      <w:r>
        <w:rPr>
          <w:rFonts w:ascii="微软雅黑" w:eastAsia="微软雅黑" w:hAnsi="微软雅黑" w:cs="微软雅黑" w:hint="eastAsia"/>
          <w:lang w:eastAsia="zh-CN"/>
        </w:rPr>
        <w:t>条边；每轮至少能把「最短路边数</w:t>
      </w:r>
      <w:r>
        <w:t xml:space="preserve"> +1</w:t>
      </w:r>
      <w:r>
        <w:rPr>
          <w:rFonts w:ascii="微软雅黑" w:eastAsia="微软雅黑" w:hAnsi="微软雅黑" w:cs="微软雅黑" w:hint="eastAsia"/>
          <w:lang w:eastAsia="zh-CN"/>
        </w:rPr>
        <w:t>」的点的正确距离固定下来，所以</w:t>
      </w:r>
      <w:r>
        <w:t xml:space="preserve"> n-1 </w:t>
      </w:r>
      <w:r>
        <w:rPr>
          <w:rFonts w:ascii="微软雅黑" w:eastAsia="微软雅黑" w:hAnsi="微软雅黑" w:cs="微软雅黑" w:hint="eastAsia"/>
          <w:lang w:eastAsia="zh-CN"/>
        </w:rPr>
        <w:t>轮必收敛。</w:t>
      </w:r>
    </w:p>
    <w:p>
      <w:pPr>
        <w:pStyle w:val="ListBullet"/>
        <w:spacing w:after="67"/>
      </w:pPr>
      <w:r>
        <w:rPr>
          <w:rFonts w:ascii="Courier" w:hAnsi="Courier"/>
        </w:rPr>
        <w:t>flag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提前收敛：实际图往往远早于</w:t>
      </w:r>
      <w:r>
        <w:t xml:space="preserve"> n-1 </w:t>
      </w:r>
      <w:r>
        <w:rPr>
          <w:rFonts w:ascii="微软雅黑" w:eastAsia="微软雅黑" w:hAnsi="微软雅黑" w:cs="微软雅黑" w:hint="eastAsia"/>
          <w:lang w:eastAsia="zh-CN"/>
        </w:rPr>
        <w:t>轮就稳定，</w:t>
      </w:r>
      <w:r>
        <w:rPr>
          <w:rFonts w:ascii="Courier" w:hAnsi="Courier"/>
        </w:rPr>
        <w:t>flag=false</w:t>
      </w:r>
      <w:r>
        <w:rPr>
          <w:rFonts w:ascii="微软雅黑" w:eastAsia="微软雅黑" w:hAnsi="微软雅黑" w:cs="微软雅黑" w:hint="eastAsia"/>
          <w:lang w:eastAsia="zh-CN"/>
        </w:rPr>
        <w:t xml:space="preserve"> 即停，省时间。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负环检测</w:t>
      </w:r>
      <w:r>
        <w:rPr>
          <w:rFonts w:ascii="微软雅黑" w:eastAsia="微软雅黑" w:hAnsi="微软雅黑" w:cs="微软雅黑" w:hint="eastAsia"/>
          <w:lang w:eastAsia="zh-CN"/>
        </w:rPr>
        <w:t>：若前</w:t>
      </w:r>
      <w:r>
        <w:t xml:space="preserve"> n-1 </w:t>
      </w:r>
      <w:r>
        <w:rPr>
          <w:rFonts w:ascii="微软雅黑" w:eastAsia="微软雅黑" w:hAnsi="微软雅黑" w:cs="微软雅黑" w:hint="eastAsia"/>
          <w:lang w:eastAsia="zh-CN"/>
        </w:rPr>
        <w:t>轮后还能松弛，说明有一条能不停绕圈变小的路径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返回</w:t>
      </w:r>
      <w:r>
        <w:t xml:space="preserve"> </w:t>
      </w:r>
      <w:r>
        <w:rPr>
          <w:rFonts w:ascii="Courier" w:hAnsi="Courier"/>
        </w:rPr>
        <w:t>false</w:t>
      </w:r>
      <w:r>
        <w:rPr>
          <w:rFonts w:ascii="微软雅黑" w:eastAsia="微软雅黑" w:hAnsi="微软雅黑" w:cs="微软雅黑" w:hint="eastAsia"/>
          <w:lang w:eastAsia="zh-CN"/>
        </w:rPr>
        <w:t>，调用方据此提示「无解」。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记录型 </w:t>
      </w:r>
      <w:r>
        <w:rPr>
          <w:rFonts w:ascii="Courier" w:hAnsi="Courier"/>
        </w:rPr>
        <w:t>bellmanFordRecorded</w:t>
      </w:r>
      <w:r>
        <w:rPr>
          <w:rFonts w:ascii="微软雅黑" w:eastAsia="微软雅黑" w:hAnsi="微软雅黑" w:cs="微软雅黑" w:hint="eastAsia"/>
          <w:lang w:eastAsia="zh-CN"/>
        </w:rPr>
        <w:t xml:space="preserve"> 额外按轮次收集 </w:t>
      </w:r>
      <w:r>
        <w:rPr>
          <w:rFonts w:ascii="Courier" w:hAnsi="Courier"/>
        </w:rPr>
        <w:t>order</w:t>
      </w:r>
      <w:r>
        <w:rPr>
          <w:rFonts w:ascii="微软雅黑" w:eastAsia="微软雅黑" w:hAnsi="微软雅黑" w:cs="微软雅黑" w:hint="eastAsia"/>
          <w:lang w:eastAsia="zh-CN"/>
        </w:rPr>
        <w:t xml:space="preserve"> 和每轮松弛边数 </w:t>
      </w:r>
      <w:r>
        <w:rPr>
          <w:rFonts w:ascii="Courier" w:hAnsi="Courier"/>
        </w:rPr>
        <w:t>roundInfo</w:t>
      </w:r>
      <w:r>
        <w:rPr>
          <w:rFonts w:ascii="微软雅黑" w:eastAsia="微软雅黑" w:hAnsi="微软雅黑" w:cs="微软雅黑" w:hint="eastAsia"/>
          <w:lang w:eastAsia="zh-CN"/>
        </w:rPr>
        <w:t>，正好能可视化「一圈一圈向外铺开」的节奏，与</w:t>
      </w:r>
      <w:r>
        <w:t xml:space="preserve"> Dijkstra </w:t>
      </w:r>
      <w:r>
        <w:rPr>
          <w:rFonts w:ascii="微软雅黑" w:eastAsia="微软雅黑" w:hAnsi="微软雅黑" w:cs="微软雅黑" w:hint="eastAsia"/>
          <w:lang w:eastAsia="zh-CN"/>
        </w:rPr>
        <w:t>的「逐点确定」形成对照。</w:t>
      </w:r>
      <w:r/>
      <w:r/>
    </w:p>
    <w:p>
      <w:bookmarkStart w:id="5" w:name="s5"/>
      <w:pPr>
        <w:pStyle w:val="Heading2"/>
        <w:spacing w:line="300" w:lineRule="auto"/>
      </w:pPr>
      <w:bookmarkEnd w:id="5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五、SPFA（队列优化）</w:t>
      </w:r>
    </w:p>
    <w:p>
      <w:pPr/>
      <w:r>
        <w:t xml:space="preserve">Bellman-Ford </w:t>
      </w:r>
      <w:r>
        <w:rPr>
          <w:rFonts w:ascii="微软雅黑" w:eastAsia="微软雅黑" w:hAnsi="微软雅黑" w:cs="微软雅黑" w:hint="eastAsia"/>
          <w:lang w:eastAsia="zh-CN"/>
        </w:rPr>
        <w:t>每轮都扫全部边，很浪费。</w:t>
      </w:r>
      <w:r>
        <w:t xml:space="preserve">SPFA </w:t>
      </w:r>
      <w:r>
        <w:rPr>
          <w:rFonts w:ascii="微软雅黑" w:eastAsia="微软雅黑" w:hAnsi="微软雅黑" w:cs="微软雅黑" w:hint="eastAsia"/>
          <w:lang w:eastAsia="zh-CN"/>
        </w:rPr>
        <w:t>只把「被松弛过的点」入队，下一轮只处理队里的点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很多图上快得多（期望约</w:t>
      </w:r>
      <w:r>
        <w:t xml:space="preserve"> O(m)</w:t>
      </w:r>
      <w:r>
        <w:rPr>
          <w:rFonts w:ascii="微软雅黑" w:eastAsia="微软雅黑" w:hAnsi="微软雅黑" w:cs="微软雅黑" w:hint="eastAsia"/>
          <w:lang w:eastAsia="zh-CN"/>
        </w:rPr>
        <w:t>）。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cheng/spfa.cpp —— spfa bool spfa(const Graph&amp; g, int s, std::vector&lt;ll&gt;&amp; dis, std::vector&lt;int&gt;&amp; pre) { int n = g.n(); dis.assign(n, INF); pre.assign(n, -1); if (!g.ok(s)) return false; dis[s] = 0; std::vector&lt;int&gt; inq(n, 0), cnt(n, 0); // inq=是否在队；cnt=入队次数 std::queue&lt;int&gt; q; q.push(s); inq[s] = 1; cnt[s] = 1; while (!q.empty()) { int u = q.front(); q.pop(); inq[u] = 0; // 出队 const std::vector&lt;Edge&gt;&amp; t = g.adj(u); for (int j = 0; j &lt; (int)t.size(); j++) { int v = t[j].to; ll w = t[j].w; if (dis[u] + w &lt; dis[v]) { dis[v] = dis[u] + w; pre[v] = u; if (!inq[v]) { q.push(v); inq[v] = 1; cnt[v]++; if (cnt[v] &gt;= n) return false; // 入队 n 次 ⇒ 负环 } } } } return true;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讲解</w:t>
      </w:r>
    </w:p>
    <w:p>
      <w:pPr>
        <w:pStyle w:val="ListBullet"/>
        <w:spacing w:after="67"/>
      </w:pPr>
      <w:r>
        <w:rPr>
          <w:rFonts w:ascii="Courier" w:hAnsi="Courier"/>
        </w:rPr>
        <w:t>inq[]</w:t>
      </w:r>
      <w:r>
        <w:rPr>
          <w:rFonts w:ascii="微软雅黑" w:eastAsia="微软雅黑" w:hAnsi="微软雅黑" w:cs="微软雅黑" w:hint="eastAsia"/>
          <w:lang w:eastAsia="zh-CN"/>
        </w:rPr>
        <w:t xml:space="preserve"> 避免同一点重复入队；</w:t>
      </w:r>
      <w:r>
        <w:rPr>
          <w:rFonts w:ascii="Courier" w:hAnsi="Courier"/>
        </w:rPr>
        <w:t>inq[u]=0</w:t>
      </w:r>
      <w:r>
        <w:rPr>
          <w:rFonts w:ascii="微软雅黑" w:eastAsia="微软雅黑" w:hAnsi="微软雅黑" w:cs="微软雅黑" w:hint="eastAsia"/>
          <w:lang w:eastAsia="zh-CN"/>
        </w:rPr>
        <w:t xml:space="preserve"> 在出队时清除，松弛时若不在队才再入。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负环判定</w:t>
      </w:r>
      <w:r>
        <w:rPr>
          <w:rFonts w:ascii="微软雅黑" w:eastAsia="微软雅黑" w:hAnsi="微软雅黑" w:cs="微软雅黑" w:hint="eastAsia"/>
          <w:lang w:eastAsia="zh-CN"/>
        </w:rPr>
        <w:t>：若一个点入队</w:t>
      </w:r>
      <w:r>
        <w:t xml:space="preserve"> ≥ n </w:t>
      </w:r>
      <w:r>
        <w:rPr>
          <w:rFonts w:ascii="微软雅黑" w:eastAsia="微软雅黑" w:hAnsi="微软雅黑" w:cs="微软雅黑" w:hint="eastAsia"/>
          <w:lang w:eastAsia="zh-CN"/>
        </w:rPr>
        <w:t>次，说明它在一条不停变小的负环上，直接返回</w:t>
      </w:r>
      <w:r>
        <w:t xml:space="preserve"> </w:t>
      </w:r>
      <w:r>
        <w:rPr>
          <w:rFonts w:ascii="Courier" w:hAnsi="Courier"/>
        </w:rPr>
        <w:t>false</w:t>
      </w:r>
      <w:r>
        <w:rPr>
          <w:rFonts w:ascii="微软雅黑" w:eastAsia="微软雅黑" w:hAnsi="微软雅黑" w:cs="微软雅黑" w:hint="eastAsia"/>
          <w:lang w:eastAsia="zh-CN"/>
        </w:rPr>
        <w:t>。这是</w:t>
      </w:r>
      <w:r>
        <w:t xml:space="preserve"> SPFA </w:t>
      </w:r>
      <w:r>
        <w:rPr>
          <w:rFonts w:ascii="微软雅黑" w:eastAsia="微软雅黑" w:hAnsi="微软雅黑" w:cs="微软雅黑" w:hint="eastAsia"/>
          <w:lang w:eastAsia="zh-CN"/>
        </w:rPr>
        <w:t>相对</w:t>
      </w:r>
      <w:r>
        <w:t xml:space="preserve"> Bellman-Ford </w:t>
      </w:r>
      <w:r>
        <w:rPr>
          <w:rFonts w:ascii="微软雅黑" w:eastAsia="微软雅黑" w:hAnsi="微软雅黑" w:cs="微软雅黑" w:hint="eastAsia"/>
          <w:lang w:eastAsia="zh-CN"/>
        </w:rPr>
        <w:t>更紧凑的负环检测写法。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最坏复杂度 O(nm)</w:t>
      </w:r>
      <w:r>
        <w:rPr>
          <w:rFonts w:ascii="微软雅黑" w:eastAsia="微软雅黑" w:hAnsi="微软雅黑" w:cs="微软雅黑" w:hint="eastAsia"/>
          <w:lang w:eastAsia="zh-CN"/>
        </w:rPr>
        <w:t>：存在特意构造的图让</w:t>
      </w:r>
      <w:r>
        <w:t xml:space="preserve"> SPFA </w:t>
      </w:r>
      <w:r>
        <w:rPr>
          <w:rFonts w:ascii="微软雅黑" w:eastAsia="微软雅黑" w:hAnsi="微软雅黑" w:cs="微软雅黑" w:hint="eastAsia"/>
          <w:lang w:eastAsia="zh-CN"/>
        </w:rPr>
        <w:t>退化为</w:t>
      </w:r>
      <w:r>
        <w:t xml:space="preserve"> Bellman-Ford</w:t>
      </w:r>
      <w:r>
        <w:rPr>
          <w:rFonts w:ascii="微软雅黑" w:eastAsia="微软雅黑" w:hAnsi="微软雅黑" w:cs="微软雅黑" w:hint="eastAsia"/>
          <w:lang w:eastAsia="zh-CN"/>
        </w:rPr>
        <w:t>。所以本项目把</w:t>
      </w:r>
      <w:r>
        <w:t xml:space="preserve"> SPFA </w:t>
      </w:r>
      <w:r>
        <w:rPr>
          <w:rFonts w:ascii="微软雅黑" w:eastAsia="微软雅黑" w:hAnsi="微软雅黑" w:cs="微软雅黑" w:hint="eastAsia"/>
          <w:lang w:eastAsia="zh-CN"/>
        </w:rPr>
        <w:t>作为「可对比的底座」而非默认主力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默认主力是堆</w:t>
      </w:r>
      <w:r>
        <w:t xml:space="preserve"> Dijkstra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/>
      <w:r/>
    </w:p>
    <w:p>
      <w:bookmarkStart w:id="6" w:name="s6"/>
      <w:pPr>
        <w:pStyle w:val="Heading2"/>
        <w:spacing w:line="300" w:lineRule="auto"/>
      </w:pPr>
      <w:bookmarkEnd w:id="6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六、Floyd 全源最短路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上面四个都是「单源」。</w:t>
      </w:r>
      <w:r>
        <w:t xml:space="preserve">Floyd </w:t>
      </w:r>
      <w:r>
        <w:rPr>
          <w:rFonts w:ascii="微软雅黑" w:eastAsia="微软雅黑" w:hAnsi="微软雅黑" w:cs="微软雅黑" w:hint="eastAsia"/>
          <w:lang w:eastAsia="zh-CN"/>
        </w:rPr>
        <w:t>一次性算出</w:t>
      </w:r>
      <w:r>
        <w:rPr>
          <w:rFonts w:ascii="微软雅黑" w:eastAsia="微软雅黑" w:hAnsi="微软雅黑" w:cs="微软雅黑" w:hint="eastAsia"/>
          <w:b/>
          <w:lang w:eastAsia="zh-CN"/>
        </w:rPr>
        <w:t>任意两点</w:t>
      </w:r>
      <w:r>
        <w:rPr>
          <w:rFonts w:ascii="微软雅黑" w:eastAsia="微软雅黑" w:hAnsi="微软雅黑" w:cs="微软雅黑" w:hint="eastAsia"/>
          <w:lang w:eastAsia="zh-CN"/>
        </w:rPr>
        <w:t>之间的最短路，核心就一句：允许以</w:t>
      </w:r>
      <w:r>
        <w:t xml:space="preserve"> k </w:t>
      </w:r>
      <w:r>
        <w:rPr>
          <w:rFonts w:ascii="微软雅黑" w:eastAsia="微软雅黑" w:hAnsi="微软雅黑" w:cs="微软雅黑" w:hint="eastAsia"/>
          <w:lang w:eastAsia="zh-CN"/>
        </w:rPr>
        <w:t>为中转时，</w:t>
      </w:r>
      <w:r>
        <w:t xml:space="preserve">i→j </w:t>
      </w:r>
      <w:r>
        <w:rPr>
          <w:rFonts w:ascii="微软雅黑" w:eastAsia="微软雅黑" w:hAnsi="微软雅黑" w:cs="微软雅黑" w:hint="eastAsia"/>
          <w:lang w:eastAsia="zh-CN"/>
        </w:rPr>
        <w:t>是否更短。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cheng/floyd.cpp —— floyd（节选核心三层循环） for (int k = 0; k &lt; n; k++) { // ① 中转点 k 必须放在最外层！ if (!g.ok(k)) continue; for (int i = 0; i &lt; n; i++) { if (!g.ok(i) || dis[i][k] == INF) continue; for (int j = 0; j &lt; n; j++) { if (!g.ok(j) || dis[k][j] == INF) continue; if (dis[i][k] + dis[k][j] &lt; dis[i][j]) { // 松弛 dis[i][j] = dis[i][k] + dis[k][j]; next[i][j] = next[i][k]; // 记录路径中转 } } } }</w:t>
      </w:r>
    </w:p>
    <w:p>
      <w:pPr>
        <w:spacing w:before="120" w:after="120"/>
        <w:pBdr>
          <w:top w:val="single" w:sz="6" w:space="0" w:color="F0DCA0"/>
          <w:bottom w:val="single" w:sz="6" w:space="0" w:color="F0DCA0"/>
          <w:left w:val="single" w:sz="6" w:space="0" w:color="F0DCA0"/>
          <w:right w:val="single" w:sz="6" w:space="0" w:color="F0DCA0"/>
        </w:pBdr>
        <w:shd w:val="clear" w:color="auto" w:fill="FFF8E6"/>
      </w:pPr>
      <w:r>
        <w:rPr>
          <w:rFonts w:ascii="微软雅黑" w:eastAsia="微软雅黑" w:hAnsi="微软雅黑" w:cs="微软雅黑" w:hint="eastAsia"/>
          <w:b/>
          <w:color w:val="8A5A00"/>
          <w:lang w:eastAsia="zh-CN"/>
        </w:rPr>
        <w:t>最易写错、且静默算错的地方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：循环顺序必须是 </w:t>
      </w:r>
      <w:r>
        <w:rPr>
          <w:rFonts w:ascii="Courier" w:hAnsi="Courier"/>
          <w:color w:val="8A5A00"/>
        </w:rPr>
        <w:t>k → i → j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。k 必须在最外层，含义是「先让所有路径都允许经过 0..k-1 中转，再开放 k」。如果把 k 放内层，更新 </w:t>
      </w:r>
      <w:r>
        <w:rPr>
          <w:rFonts w:ascii="Courier" w:hAnsi="Courier"/>
          <w:color w:val="8A5A00"/>
        </w:rPr>
        <w:t>dis[i][k]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时用的还是没经过前面中转的旧值，结果会</w:t>
      </w:r>
      <w:r>
        <w:rPr>
          <w:rFonts w:ascii="微软雅黑" w:eastAsia="微软雅黑" w:hAnsi="微软雅黑" w:cs="微软雅黑" w:hint="eastAsia"/>
          <w:b/>
          <w:color w:val="8A5A00"/>
          <w:lang w:eastAsia="zh-CN"/>
        </w:rPr>
        <w:t>悄悄算错而不报错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>——这是答辩时最常被追问的点，务必讲清。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路径还原</w:t>
      </w:r>
    </w:p>
    <w:p>
      <w:pPr/>
      <w:r>
        <w:rPr>
          <w:rFonts w:ascii="Courier" w:hAnsi="Courier"/>
        </w:rPr>
        <w:t>next[i][j]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存「</w:t>
      </w:r>
      <w:r>
        <w:t xml:space="preserve">i </w:t>
      </w:r>
      <w:r>
        <w:rPr>
          <w:rFonts w:ascii="微软雅黑" w:eastAsia="微软雅黑" w:hAnsi="微软雅黑" w:cs="微软雅黑" w:hint="eastAsia"/>
          <w:lang w:eastAsia="zh-CN"/>
        </w:rPr>
        <w:t>到</w:t>
      </w:r>
      <w:r>
        <w:t xml:space="preserve"> j </w:t>
      </w:r>
      <w:r>
        <w:rPr>
          <w:rFonts w:ascii="微软雅黑" w:eastAsia="微软雅黑" w:hAnsi="微软雅黑" w:cs="微软雅黑" w:hint="eastAsia"/>
          <w:lang w:eastAsia="zh-CN"/>
        </w:rPr>
        <w:t>的第一步走向」。还原时不断跳</w:t>
      </w:r>
      <w:r>
        <w:t xml:space="preserve"> </w:t>
      </w:r>
      <w:r>
        <w:rPr>
          <w:rFonts w:ascii="Courier" w:hAnsi="Courier"/>
        </w:rPr>
        <w:t>next[u][j]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直到抵达</w:t>
      </w:r>
      <w:r>
        <w:t xml:space="preserve"> j</w:t>
      </w:r>
      <w:r>
        <w:rPr>
          <w:rFonts w:ascii="微软雅黑" w:eastAsia="微软雅黑" w:hAnsi="微软雅黑" w:cs="微软雅黑" w:hint="eastAsia"/>
          <w:lang w:eastAsia="zh-CN"/>
        </w:rPr>
        <w:t>：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cheng/floyd.cpp —— floydPath std::vector&lt;int&gt; floydPath(const std::vector&lt;std::vector&lt;int&gt; &gt;&amp; next, int i, int j, int n) { std::vector&lt;int&gt; res; if (i &lt; 0 || i &gt;= n || j &lt; 0 || j &gt;= n) return res; if (next[i][j] == -1) return res; // 不可达 if (i == j) { res.push_back(i); return res; } int u = i; while (u != j) { res.push_back(u); u = next[u][j]; if (u == -1) { res.clear(); return res; } // 防御 } res.push_back(j); return res; }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复杂度 </w:t>
      </w:r>
      <w:r>
        <w:rPr>
          <w:b/>
        </w:rPr>
        <w:t>O(n³)</w:t>
      </w:r>
      <w:r>
        <w:rPr>
          <w:rFonts w:ascii="微软雅黑" w:eastAsia="微软雅黑" w:hAnsi="微软雅黑" w:cs="微软雅黑" w:hint="eastAsia"/>
          <w:lang w:eastAsia="zh-CN"/>
        </w:rPr>
        <w:t>，与边数无关。当要查的起终点对数</w:t>
      </w:r>
      <w:r>
        <w:t xml:space="preserve"> k </w:t>
      </w:r>
      <w:r>
        <w:rPr>
          <w:rFonts w:ascii="微软雅黑" w:eastAsia="微软雅黑" w:hAnsi="微软雅黑" w:cs="微软雅黑" w:hint="eastAsia"/>
          <w:lang w:eastAsia="zh-CN"/>
        </w:rPr>
        <w:t>接近</w:t>
      </w:r>
      <w:r>
        <w:t xml:space="preserve"> n </w:t>
      </w:r>
      <w:r>
        <w:rPr>
          <w:rFonts w:ascii="微软雅黑" w:eastAsia="微软雅黑" w:hAnsi="微软雅黑" w:cs="微软雅黑" w:hint="eastAsia"/>
          <w:lang w:eastAsia="zh-CN"/>
        </w:rPr>
        <w:t>时，一次</w:t>
      </w:r>
      <w:r>
        <w:t xml:space="preserve"> Floyd </w:t>
      </w:r>
      <w:r>
        <w:rPr>
          <w:rFonts w:ascii="微软雅黑" w:eastAsia="微软雅黑" w:hAnsi="微软雅黑" w:cs="微软雅黑" w:hint="eastAsia"/>
          <w:lang w:eastAsia="zh-CN"/>
        </w:rPr>
        <w:t>比</w:t>
      </w:r>
      <w:r>
        <w:t xml:space="preserve"> k </w:t>
      </w:r>
      <w:r>
        <w:rPr>
          <w:rFonts w:ascii="微软雅黑" w:eastAsia="微软雅黑" w:hAnsi="微软雅黑" w:cs="微软雅黑" w:hint="eastAsia"/>
          <w:lang w:eastAsia="zh-CN"/>
        </w:rPr>
        <w:t>次</w:t>
      </w:r>
      <w:r>
        <w:t xml:space="preserve"> Dijkstra </w:t>
      </w:r>
      <w:r>
        <w:rPr>
          <w:rFonts w:ascii="微软雅黑" w:eastAsia="微软雅黑" w:hAnsi="微软雅黑" w:cs="微软雅黑" w:hint="eastAsia"/>
          <w:lang w:eastAsia="zh-CN"/>
        </w:rPr>
        <w:t>更划算（见下一章巡回的底座选型）。</w:t>
      </w:r>
      <w:r/>
      <w:r/>
    </w:p>
    <w:p>
      <w:bookmarkStart w:id="7" w:name="s7"/>
      <w:pPr>
        <w:pStyle w:val="Heading2"/>
        <w:spacing w:line="300" w:lineRule="auto"/>
      </w:pPr>
      <w:bookmarkEnd w:id="7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七、多目标巡回：状态压缩 DP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「从起点出发，以最优顺序访问多个目标点，总耗时最短」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这是</w:t>
      </w:r>
      <w:r>
        <w:t xml:space="preserve"> TSP </w:t>
      </w:r>
      <w:r>
        <w:rPr>
          <w:rFonts w:ascii="微软雅黑" w:eastAsia="微软雅黑" w:hAnsi="微软雅黑" w:cs="微软雅黑" w:hint="eastAsia"/>
          <w:lang w:eastAsia="zh-CN"/>
        </w:rPr>
        <w:t>的变体（不要求回起点）。项目把它拆成</w:t>
      </w:r>
      <w:r>
        <w:rPr>
          <w:rFonts w:ascii="微软雅黑" w:eastAsia="微软雅黑" w:hAnsi="微软雅黑" w:cs="微软雅黑" w:hint="eastAsia"/>
          <w:b/>
          <w:lang w:eastAsia="zh-CN"/>
        </w:rPr>
        <w:t>两步</w:t>
      </w:r>
      <w:r>
        <w:rPr>
          <w:rFonts w:ascii="微软雅黑" w:eastAsia="微软雅黑" w:hAnsi="微软雅黑" w:cs="微软雅黑" w:hint="eastAsia"/>
          <w:lang w:eastAsia="zh-CN"/>
        </w:rPr>
        <w:t>，两步各自可选算法。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（一）两步拆解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第①步 距离矩阵</w:t>
      </w:r>
      <w:r>
        <w:rPr>
          <w:rFonts w:ascii="微软雅黑" w:eastAsia="微软雅黑" w:hAnsi="微软雅黑" w:cs="微软雅黑" w:hint="eastAsia"/>
          <w:lang w:eastAsia="zh-CN"/>
        </w:rPr>
        <w:t>：求「起点</w:t>
      </w:r>
      <w: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各目标」两两最短路，得到</w:t>
      </w:r>
      <w:r>
        <w:t xml:space="preserve"> k×k </w:t>
      </w:r>
      <w:r>
        <w:rPr>
          <w:rFonts w:ascii="微软雅黑" w:eastAsia="微软雅黑" w:hAnsi="微软雅黑" w:cs="微软雅黑" w:hint="eastAsia"/>
          <w:lang w:eastAsia="zh-CN"/>
        </w:rPr>
        <w:t>矩阵</w:t>
      </w:r>
      <w:r>
        <w:t xml:space="preserve"> D</w:t>
      </w:r>
      <w:r>
        <w:rPr>
          <w:rFonts w:ascii="微软雅黑" w:eastAsia="微软雅黑" w:hAnsi="微软雅黑" w:cs="微软雅黑" w:hint="eastAsia"/>
          <w:lang w:eastAsia="zh-CN"/>
        </w:rPr>
        <w:t>（</w:t>
      </w:r>
      <w:r>
        <w:t xml:space="preserve">k = </w:t>
      </w:r>
      <w:r>
        <w:rPr>
          <w:rFonts w:ascii="微软雅黑" w:eastAsia="微软雅黑" w:hAnsi="微软雅黑" w:cs="微软雅黑" w:hint="eastAsia"/>
          <w:lang w:eastAsia="zh-CN"/>
        </w:rPr>
        <w:t>目标数</w:t>
      </w:r>
      <w:r>
        <w:t>+1</w:t>
      </w:r>
      <w:r>
        <w:rPr>
          <w:rFonts w:ascii="微软雅黑" w:eastAsia="微软雅黑" w:hAnsi="微软雅黑" w:cs="微软雅黑" w:hint="eastAsia"/>
          <w:lang w:eastAsia="zh-CN"/>
        </w:rPr>
        <w:t>）。底座可选：</w:t>
      </w:r>
      <w:r>
        <w:t xml:space="preserve">k </w:t>
      </w:r>
      <w:r>
        <w:rPr>
          <w:rFonts w:ascii="微软雅黑" w:eastAsia="微软雅黑" w:hAnsi="微软雅黑" w:cs="微软雅黑" w:hint="eastAsia"/>
          <w:lang w:eastAsia="zh-CN"/>
        </w:rPr>
        <w:t>次</w:t>
      </w:r>
      <w:r>
        <w:t xml:space="preserve"> Dijkstra / k </w:t>
      </w:r>
      <w:r>
        <w:rPr>
          <w:rFonts w:ascii="微软雅黑" w:eastAsia="微软雅黑" w:hAnsi="微软雅黑" w:cs="微软雅黑" w:hint="eastAsia"/>
          <w:lang w:eastAsia="zh-CN"/>
        </w:rPr>
        <w:t>次</w:t>
      </w:r>
      <w:r>
        <w:t xml:space="preserve"> SPFA / </w:t>
      </w:r>
      <w:r>
        <w:rPr>
          <w:rFonts w:ascii="微软雅黑" w:eastAsia="微软雅黑" w:hAnsi="微软雅黑" w:cs="微软雅黑" w:hint="eastAsia"/>
          <w:lang w:eastAsia="zh-CN"/>
        </w:rPr>
        <w:t>一次</w:t>
      </w:r>
      <w:r>
        <w:t xml:space="preserve"> Floyd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b/>
          <w:lang w:eastAsia="zh-CN"/>
        </w:rPr>
        <w:t>第②步 顺序求解</w:t>
      </w:r>
      <w:r>
        <w:rPr>
          <w:rFonts w:ascii="微软雅黑" w:eastAsia="微软雅黑" w:hAnsi="微软雅黑" w:cs="微软雅黑" w:hint="eastAsia"/>
          <w:lang w:eastAsia="zh-CN"/>
        </w:rPr>
        <w:t>：在矩阵</w:t>
      </w:r>
      <w:r>
        <w:t xml:space="preserve"> D </w:t>
      </w:r>
      <w:r>
        <w:rPr>
          <w:rFonts w:ascii="微软雅黑" w:eastAsia="微软雅黑" w:hAnsi="微软雅黑" w:cs="微软雅黑" w:hint="eastAsia"/>
          <w:lang w:eastAsia="zh-CN"/>
        </w:rPr>
        <w:t>上决定访问顺序。精确解用状态压缩</w:t>
      </w:r>
      <w:r>
        <w:t xml:space="preserve"> DP</w:t>
      </w:r>
      <w:r>
        <w:rPr>
          <w:rFonts w:ascii="微软雅黑" w:eastAsia="微软雅黑" w:hAnsi="微软雅黑" w:cs="微软雅黑" w:hint="eastAsia"/>
          <w:lang w:eastAsia="zh-CN"/>
        </w:rPr>
        <w:t>（</w:t>
      </w:r>
      <w:r>
        <w:t>Held-Karp</w:t>
      </w:r>
      <w:r>
        <w:rPr>
          <w:rFonts w:ascii="微软雅黑" w:eastAsia="微软雅黑" w:hAnsi="微软雅黑" w:cs="微软雅黑" w:hint="eastAsia"/>
          <w:lang w:eastAsia="zh-CN"/>
        </w:rPr>
        <w:t>），目标多到</w:t>
      </w:r>
      <w:r>
        <w:t xml:space="preserve"> 2^m </w:t>
      </w:r>
      <w:r>
        <w:rPr>
          <w:rFonts w:ascii="微软雅黑" w:eastAsia="微软雅黑" w:hAnsi="微软雅黑" w:cs="微软雅黑" w:hint="eastAsia"/>
          <w:lang w:eastAsia="zh-CN"/>
        </w:rPr>
        <w:t>爆炸时退化为最近邻贪心。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（二）距离矩阵层（底座选型）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cheng/multitarget.cpp（节选）—— 按 baseAlgo 选底座 if (baseAlgo == TOUR_FLOYD) { std::vector&lt;std::vector&lt;ll&gt; &gt; dd; std::vector&lt;std::vector&lt;int&gt; &gt; nx; if (!floyd(g, dd, nx)) return false; // 一次 Floyd 拿全源 for (int i = 0; i &lt; k; ++i) for (int j = 0; j &lt; k; ++j) D[i][j] = dd[list[i]][list[j]]; // 取表内点的值 } else { for (int i = 0; i &lt; k; ++i) { std::vector&lt;ll&gt; dis; std::vector&lt;int&gt; pre; if (baseAlgo == TOUR_SPFA) { if (!spfa(g, list[i], dis, pre)) return false; } else dijkstraHeap(g, list[i], dis, pre); // 默认：k 次堆 Dijkstra for (int j = 0; j &lt; k; ++j) D[i][j] = dis[list[j]]; } }</w:t>
      </w:r>
    </w:p>
    <w:p>
      <w:pPr>
        <w:spacing w:before="120" w:after="120"/>
        <w:pBdr>
          <w:top w:val="single" w:sz="6" w:space="0" w:color="F0DCA0"/>
          <w:bottom w:val="single" w:sz="6" w:space="0" w:color="F0DCA0"/>
          <w:left w:val="single" w:sz="6" w:space="0" w:color="F0DCA0"/>
          <w:right w:val="single" w:sz="6" w:space="0" w:color="F0DCA0"/>
        </w:pBdr>
        <w:shd w:val="clear" w:color="auto" w:fill="FFF8E6"/>
      </w:pPr>
      <w:r>
        <w:rPr>
          <w:rFonts w:ascii="微软雅黑" w:eastAsia="微软雅黑" w:hAnsi="微软雅黑" w:cs="微软雅黑" w:hint="eastAsia"/>
          <w:color w:val="8A5A00"/>
          <w:lang w:eastAsia="zh-CN"/>
        </w:rPr>
        <w:t>实测（411 节点、5 个目标）：k×Dijkstra 0.79ms，Floyd 643ms——慢约 800 倍却结果相同。因为 k=6 远小于 n，Floyd 把整个 411×411 全算了一遍是浪费。</w:t>
      </w:r>
      <w:r>
        <w:rPr>
          <w:rFonts w:ascii="微软雅黑" w:eastAsia="微软雅黑" w:hAnsi="微软雅黑" w:cs="微软雅黑" w:hint="eastAsia"/>
          <w:b/>
          <w:color w:val="8A5A00"/>
          <w:lang w:eastAsia="zh-CN"/>
        </w:rPr>
        <w:t>结论：k 接近 n 才该用 Floyd，否则多次 Dijkstra 更优。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（三）顺序求解：状态压缩 DP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定义 </w:t>
      </w:r>
      <w:r>
        <w:rPr>
          <w:rFonts w:ascii="Courier" w:hAnsi="Courier"/>
        </w:rPr>
        <w:t>dp[mask][i]</w:t>
      </w:r>
      <w:r>
        <w:t xml:space="preserve"> = </w:t>
      </w:r>
      <w:r>
        <w:rPr>
          <w:rFonts w:ascii="微软雅黑" w:eastAsia="微软雅黑" w:hAnsi="微软雅黑" w:cs="微软雅黑" w:hint="eastAsia"/>
          <w:lang w:eastAsia="zh-CN"/>
        </w:rPr>
        <w:t>已访问集合为</w:t>
      </w:r>
      <w:r>
        <w:t xml:space="preserve"> mask</w:t>
      </w:r>
      <w:r>
        <w:rPr>
          <w:rFonts w:ascii="微软雅黑" w:eastAsia="微软雅黑" w:hAnsi="微软雅黑" w:cs="微软雅黑" w:hint="eastAsia"/>
          <w:lang w:eastAsia="zh-CN"/>
        </w:rPr>
        <w:t>、当前停在目标</w:t>
      </w:r>
      <w:r>
        <w:t xml:space="preserve"> i </w:t>
      </w:r>
      <w:r>
        <w:rPr>
          <w:rFonts w:ascii="微软雅黑" w:eastAsia="微软雅黑" w:hAnsi="微软雅黑" w:cs="微软雅黑" w:hint="eastAsia"/>
          <w:lang w:eastAsia="zh-CN"/>
        </w:rPr>
        <w:t>的最小总耗时。转移：从</w:t>
      </w:r>
      <w:r>
        <w:t xml:space="preserve"> i </w:t>
      </w:r>
      <w:r>
        <w:rPr>
          <w:rFonts w:ascii="微软雅黑" w:eastAsia="微软雅黑" w:hAnsi="微软雅黑" w:cs="微软雅黑" w:hint="eastAsia"/>
          <w:lang w:eastAsia="zh-CN"/>
        </w:rPr>
        <w:t>走到未访问的</w:t>
      </w:r>
      <w:r>
        <w:t xml:space="preserve"> j</w:t>
      </w:r>
      <w:r>
        <w:rPr>
          <w:rFonts w:ascii="微软雅黑" w:eastAsia="微软雅黑" w:hAnsi="微软雅黑" w:cs="微软雅黑" w:hint="eastAsia"/>
          <w:lang w:eastAsia="zh-CN"/>
        </w:rPr>
        <w:t>，状态变为</w:t>
      </w:r>
      <w:r>
        <w:t xml:space="preserve"> </w:t>
      </w:r>
      <w:r>
        <w:rPr>
          <w:rFonts w:ascii="Courier" w:hAnsi="Courier"/>
        </w:rPr>
        <w:t>mask | (1&lt;&lt;j)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cheng/multitarget.cpp（节选）—— Held-Karp 状态压缩 DP int full = 1 &lt;&lt; m; // 2^m 个状态 std::vector&lt;std::vector&lt;ll&gt; &gt; dp(full, std::vector&lt;ll&gt;(m, INF)); for (int j = 0; j &lt; m; ++j) { // 初始化：从起点 0 直接到目标 j ll d = D[0][j + 1]; if (d &lt; INF / 2) dp[1 &lt;&lt; j][j] = d; } for (int mask = 1; mask &lt; full; ++mask) { for (int i = 0; i &lt; m; ++i) { if (!(mask &amp; (1 &lt;&lt; i)) || dp[mask][i] &gt;= INF / 2) continue; for (int j = 0; j &lt; m; ++j) { if (mask &amp; (1 &lt;&lt; j)) continue; // j 已访问，跳过 ll nd = dp[mask][i] + D[i + 1][j + 1]; int nm = mask | (1 &lt;&lt; j); if (nd &lt; dp[nm][j]) { dp[nm][j] = nd; par[nm][j] = i; } } } } // 取最优终点，并沿 par 回溯出访问顺序 int last = -1; ll best = INF; for (int i = 0; i &lt; m; ++i) if (dp[full - 1][i] &lt; best) { best = dp[full - 1][i]; last = i; } total = best;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边界与退化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lang w:eastAsia="zh-CN"/>
        </w:rPr>
        <w:t>状态规模</w:t>
      </w:r>
      <w:r>
        <w:t xml:space="preserve"> 2^m·m</w:t>
      </w:r>
      <w:r>
        <w:rPr>
          <w:rFonts w:ascii="微软雅黑" w:eastAsia="微软雅黑" w:hAnsi="微软雅黑" w:cs="微软雅黑" w:hint="eastAsia"/>
          <w:lang w:eastAsia="zh-CN"/>
        </w:rPr>
        <w:t>：</w:t>
      </w:r>
      <w:r>
        <w:t xml:space="preserve">m=20 </w:t>
      </w:r>
      <w:r>
        <w:rPr>
          <w:rFonts w:ascii="微软雅黑" w:eastAsia="微软雅黑" w:hAnsi="微软雅黑" w:cs="微软雅黑" w:hint="eastAsia"/>
          <w:lang w:eastAsia="zh-CN"/>
        </w:rPr>
        <w:t>时约</w:t>
      </w:r>
      <w:r>
        <w:t xml:space="preserve"> 2000 </w:t>
      </w:r>
      <w:r>
        <w:rPr>
          <w:rFonts w:ascii="微软雅黑" w:eastAsia="微软雅黑" w:hAnsi="微软雅黑" w:cs="微软雅黑" w:hint="eastAsia"/>
          <w:lang w:eastAsia="zh-CN"/>
        </w:rPr>
        <w:t>万格，明显卡顿。所以</w:t>
      </w:r>
      <w:r>
        <w:t xml:space="preserve"> </w:t>
      </w:r>
      <w:r>
        <w:rPr>
          <w:rFonts w:ascii="Courier" w:hAnsi="Courier"/>
        </w:rPr>
        <w:t>m &gt; 12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时</w:t>
      </w:r>
      <w:r>
        <w:t xml:space="preserve"> AUTO </w:t>
      </w:r>
      <w:r>
        <w:rPr>
          <w:rFonts w:ascii="微软雅黑" w:eastAsia="微软雅黑" w:hAnsi="微软雅黑" w:cs="微软雅黑" w:hint="eastAsia"/>
          <w:lang w:eastAsia="zh-CN"/>
        </w:rPr>
        <w:t>模式自动退化为最近邻贪心；显式要求精确解但</w:t>
      </w:r>
      <w:r>
        <w:t xml:space="preserve"> </w:t>
      </w:r>
      <w:r>
        <w:rPr>
          <w:rFonts w:ascii="Courier" w:hAnsi="Courier"/>
        </w:rPr>
        <w:t>m &gt; 20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直接返回</w:t>
      </w:r>
      <w:r>
        <w:t xml:space="preserve"> false</w:t>
      </w:r>
      <w:r>
        <w:rPr>
          <w:rFonts w:ascii="微软雅黑" w:eastAsia="微软雅黑" w:hAnsi="微软雅黑" w:cs="微软雅黑" w:hint="eastAsia"/>
          <w:lang w:eastAsia="zh-CN"/>
        </w:rPr>
        <w:t>（标「不可用」），而不是硬跑卡死。</w:t>
      </w:r>
    </w:p>
    <w:p>
      <w:pPr>
        <w:pStyle w:val="ListBullet"/>
        <w:spacing w:after="67"/>
      </w:pPr>
      <w:r>
        <w:rPr>
          <w:rFonts w:ascii="微软雅黑" w:eastAsia="微软雅黑" w:hAnsi="微软雅黑" w:cs="微软雅黑" w:hint="eastAsia"/>
          <w:lang w:eastAsia="zh-CN"/>
        </w:rPr>
        <w:t xml:space="preserve">回溯时用 </w:t>
      </w:r>
      <w:r>
        <w:rPr>
          <w:rFonts w:ascii="Courier" w:hAnsi="Courier"/>
        </w:rPr>
        <w:t>par[mask][cur]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一步步往起点推，再</w:t>
      </w:r>
      <w:r>
        <w:t xml:space="preserve"> reverse </w:t>
      </w:r>
      <w:r>
        <w:rPr>
          <w:rFonts w:ascii="微软雅黑" w:eastAsia="微软雅黑" w:hAnsi="微软雅黑" w:cs="微软雅黑" w:hint="eastAsia"/>
          <w:lang w:eastAsia="zh-CN"/>
        </w:rPr>
        <w:t>即得顺序。</w:t>
      </w:r>
      <w:r/>
      <w:r/>
    </w:p>
    <w:p>
      <w:bookmarkStart w:id="8" w:name="s8"/>
      <w:pPr>
        <w:pStyle w:val="Heading2"/>
        <w:spacing w:line="300" w:lineRule="auto"/>
      </w:pPr>
      <w:bookmarkEnd w:id="8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八、碰头点选址（minimax / minisum）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这是本项目最有「生活感」的原创设计：几个人从不同出发地出发，找一个点让大家碰头。同一张图、同一套最短路，</w:t>
      </w:r>
      <w:r>
        <w:rPr>
          <w:rFonts w:ascii="微软雅黑" w:eastAsia="微软雅黑" w:hAnsi="微软雅黑" w:cs="微软雅黑" w:hint="eastAsia"/>
          <w:b/>
          <w:lang w:eastAsia="zh-CN"/>
        </w:rPr>
        <w:t>换目标函数，答案就不同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（一）求解内核 solveMeet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qtview/main.cpp（节选）—— solveMeet // 每个出发点各跑一次单源最短路，得到 D[k][v] = 第 k 人到点 v 的耗时 for (size_t k = 0; k &lt; meetSrc_.size(); ++k) { std::vector&lt;ll&gt; dis; std::vector&lt;int&gt; pre; dijkstraHeap(g, meetSrc_[k], dis, pre); // 复用堆 Dijkstra D.push_back(dis); P.push_back(pre); } // 逐个候选点 v 打分 ll bestMax = INF, bestSum = INF; for (int v = 0; v &lt; n; ++v) { if (!g.ok(v)) continue; ll mx = 0, sum = 0; bool reach = true; for (size_t k = 0; k &lt; D.size(); ++k) { ll d = D[k][v]; if (d &gt;= INF / 2) { reach = false; break; } // 有人到不了 ⇒ 淘汰 v if (d &gt; mx) mx = d; // minimax：最远那人的耗时 sum += d; // minisum：所有人总耗时 } if (!reach) continue; if (mx &lt; bestMax) { bestMax = mx; fairOut = v; } // fairOut：最公平 if (sum &lt; bestSum) { bestSum = sum; cheapOut = v; } // cheapOut：最省 }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两种目标函数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准则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目标函数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含义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适用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minimax</w:t>
            </w:r>
            <w:r>
              <w:t xml:space="preserve"> </w:t>
            </w:r>
            <w:r>
              <w:t>（最公平）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minᵥ maxₖ disₖ[v]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让「最吃亏的那个人」尽量不吃亏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大家地位平等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minisum</w:t>
            </w:r>
            <w:r>
              <w:t xml:space="preserve"> </w:t>
            </w:r>
            <w:r>
              <w:t>（最省）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minᵥ Σₖ disₖ[v]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所有人总路程最短</w:t>
            </w:r>
          </w:p>
        </w:tc>
        <w:tc>
          <w:tcPr>
            <w:tcW w:type="dxa" w:w="2160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总能耗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总成本低</w:t>
            </w:r>
          </w:p>
        </w:tc>
      </w:tr>
    </w:tbl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（二）对照组：忽略拥堵会怎样</w:t>
      </w:r>
    </w:p>
    <w:p>
      <w:pPr/>
      <w:r>
        <w:rPr>
          <w:rFonts w:ascii="Courier" w:hAnsi="Courier"/>
        </w:rPr>
        <w:t>computeMeet</w:t>
      </w:r>
      <w:r>
        <w:rPr>
          <w:rFonts w:ascii="微软雅黑" w:eastAsia="微软雅黑" w:hAnsi="微软雅黑" w:cs="微软雅黑" w:hint="eastAsia"/>
          <w:lang w:eastAsia="zh-CN"/>
        </w:rPr>
        <w:t xml:space="preserve"> 在主结果（含拥堵 </w:t>
      </w:r>
      <w:r>
        <w:rPr>
          <w:rFonts w:ascii="Courier" w:hAnsi="Courier"/>
        </w:rPr>
        <w:t>gWork_</w:t>
      </w:r>
      <w:r>
        <w:rPr>
          <w:rFonts w:ascii="微软雅黑" w:eastAsia="微软雅黑" w:hAnsi="微软雅黑" w:cs="微软雅黑" w:hint="eastAsia"/>
          <w:lang w:eastAsia="zh-CN"/>
        </w:rPr>
        <w:t xml:space="preserve">）之外，还用一份「去掉拥堵系数」的图再算一次 </w:t>
      </w:r>
      <w:r>
        <w:rPr>
          <w:rFonts w:ascii="Courier" w:hAnsi="Courier"/>
        </w:rPr>
        <w:t>meetNoJam_</w:t>
      </w:r>
      <w:r>
        <w:rPr>
          <w:rFonts w:ascii="微软雅黑" w:eastAsia="微软雅黑" w:hAnsi="微软雅黑" w:cs="微软雅黑" w:hint="eastAsia"/>
          <w:lang w:eastAsia="zh-CN"/>
        </w:rPr>
        <w:t>。诚实结论：光有真实拥堵系数时，碰头点</w:t>
      </w:r>
      <w:r>
        <w:rPr>
          <w:rFonts w:ascii="微软雅黑" w:eastAsia="微软雅黑" w:hAnsi="微软雅黑" w:cs="微软雅黑" w:hint="eastAsia"/>
          <w:b/>
          <w:lang w:eastAsia="zh-CN"/>
        </w:rPr>
        <w:t>常常不变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因为各人来路上的拥堵程度接近，相对关系没变；只有叠加高峰模拟（</w:t>
      </w:r>
      <w:r>
        <w:t xml:space="preserve">J </w:t>
      </w:r>
      <w:r>
        <w:rPr>
          <w:rFonts w:ascii="微软雅黑" w:eastAsia="微软雅黑" w:hAnsi="微软雅黑" w:cs="微软雅黑" w:hint="eastAsia"/>
          <w:lang w:eastAsia="zh-CN"/>
        </w:rPr>
        <w:t>键）才会真正改变选址。这个「反例」本身很有说服力。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// qtview/main.cpp（节选）—— computeMeet 的对照 Graph gNoJam = net_.graph(); // 基础图（无拥堵系数） // 仅保留封路：把被封的边权设为 kBlocked for (size_t i = 0; i &lt; closed_.size(); ++i) { int u = closed_[i].first, v = closed_[i].second; if (gNoJam.hasEdge(u, v)) gNoJam.setW(u, v, kBlocked); } int f2 = -1, c2 = -1; solveMeet(gNoJam, f2, c2, NULL, NULL); // 不含拥堵再算一次 meetNoJam_ = f2; // 与含拥堵的解对比</w:t>
      </w:r>
      <w:r/>
      <w:r/>
    </w:p>
    <w:p>
      <w:bookmarkStart w:id="9" w:name="s9"/>
      <w:pPr>
        <w:pStyle w:val="Heading2"/>
        <w:spacing w:line="300" w:lineRule="auto"/>
      </w:pPr>
      <w:bookmarkEnd w:id="9"/>
      <w:r>
        <w:rPr>
          <w:rFonts w:ascii="微软雅黑" w:hAnsi="微软雅黑" w:eastAsia="微软雅黑" w:cs="微软雅黑" w:hint="eastAsia"/>
          <w:b/>
          <w:color w:val="1F4E8C"/>
          <w:sz w:val="32"/>
          <w:lang w:eastAsia="zh-CN"/>
        </w:rPr>
        <w:t>九、拥堵系数建模（数据驱动）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项目自带的城市</w:t>
      </w:r>
      <w:r>
        <w:t xml:space="preserve"> CSV </w:t>
      </w:r>
      <w:r>
        <w:rPr>
          <w:rFonts w:ascii="微软雅黑" w:eastAsia="微软雅黑" w:hAnsi="微软雅黑" w:cs="微软雅黑" w:hint="eastAsia"/>
          <w:lang w:eastAsia="zh-CN"/>
        </w:rPr>
        <w:t>大多只有</w:t>
      </w:r>
      <w:r>
        <w:t xml:space="preserve"> 3 </w:t>
      </w:r>
      <w:r>
        <w:rPr>
          <w:rFonts w:ascii="微软雅黑" w:eastAsia="微软雅黑" w:hAnsi="微软雅黑" w:cs="微软雅黑" w:hint="eastAsia"/>
          <w:lang w:eastAsia="zh-CN"/>
        </w:rPr>
        <w:t>列（起点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终点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分钟），没有拥堵系数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那时「按拥堵算」等于没算。本工具用</w:t>
      </w:r>
      <w:r>
        <w:rPr>
          <w:rFonts w:ascii="微软雅黑" w:eastAsia="微软雅黑" w:hAnsi="微软雅黑" w:cs="微软雅黑" w:hint="eastAsia"/>
          <w:b/>
          <w:lang w:eastAsia="zh-CN"/>
        </w:rPr>
        <w:t>真实经纬度 + 真实拓扑</w:t>
      </w:r>
      <w:r>
        <w:rPr>
          <w:rFonts w:ascii="微软雅黑" w:eastAsia="微软雅黑" w:hAnsi="微软雅黑" w:cs="微软雅黑" w:hint="eastAsia"/>
          <w:lang w:eastAsia="zh-CN"/>
        </w:rPr>
        <w:t>推算系数，而非随机数。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（一）系数公式</w:t>
      </w:r>
    </w:p>
    <w:p>
      <w:pPr>
        <w:spacing w:line="360" w:lineRule="auto" w:before="144" w:after="240"/>
        <w:pBdr>
          <w:top w:val="single" w:sz="6" w:space="0" w:color="D5DBE3"/>
          <w:bottom w:val="single" w:sz="6" w:space="0" w:color="D5DBE3"/>
          <w:left w:val="single" w:sz="24" w:space="0" w:color="1F4E8C"/>
          <w:right w:val="single" w:sz="6" w:space="0" w:color="D5DBE3"/>
        </w:pBdr>
        <w:shd w:val="clear" w:color="auto" w:fill="F6F8FA"/>
      </w:pPr>
      <w:r>
        <w:rPr>
          <w:rFonts w:ascii="微软雅黑" w:hAnsi="微软雅黑" w:eastAsia="微软雅黑" w:cs="微软雅黑" w:hint="eastAsia"/>
          <w:color w:val="1A2230"/>
          <w:sz w:val="19"/>
          <w:lang w:eastAsia="zh-CN"/>
        </w:rPr>
        <w:t># tools/gen_congestion.py —— factor_of（节选） def factor_of(u, v, ctx, coord): deg, center, dist_c, max_d, seg_len, max_len = ctx # 向心性：区间中点离质心越近越挤（指数衰减，集中到核心区） du, dv = dist_c.get(u, 0.0), dist_c.get(v, 0.0) rel = min(1.0, (du + dv) / 2.0 / max_d) centrality = (1.0 - rel) ** CENTER_EXP # CENTER_EXP = 2.0 # 换乘站：任一端度数≥3 ⇒ 客流叠加 hub = 1.0 if (deg.get(u, 0) &gt;= HUB_DEG or deg.get(v, 0) &gt;= HUB_DEG) else 0.0 # 长区间（郊区快线）相对宽松 long_ratio = min(1.0, seg_len.get((u, v), 0.0) / max_len) f = 1.0 + W_CENTER * centrality + W_HUB * hub - W_LONG * long_ratio return max(F_MIN, min(F_MAX, round(f, 2))) # 截断到 [1.0, 1.9]</w:t>
      </w:r>
    </w:p>
    <w:p>
      <w:pPr>
        <w:pStyle w:val="Heading4"/>
        <w:spacing w:line="300" w:lineRule="auto"/>
      </w:pPr>
      <w:r>
        <w:rPr>
          <w:rFonts w:ascii="微软雅黑" w:hAnsi="微软雅黑" w:eastAsia="微软雅黑" w:cs="微软雅黑" w:hint="eastAsia"/>
          <w:b/>
          <w:color w:val="6B7280"/>
          <w:sz w:val="23"/>
          <w:lang w:eastAsia="zh-CN"/>
        </w:rPr>
        <w:t>为什么衰减指数必须 &gt; 1</w:t>
      </w:r>
    </w:p>
    <w:p>
      <w:pPr>
        <w:spacing w:before="120" w:after="120"/>
        <w:pBdr>
          <w:top w:val="single" w:sz="6" w:space="0" w:color="F0DCA0"/>
          <w:bottom w:val="single" w:sz="6" w:space="0" w:color="F0DCA0"/>
          <w:left w:val="single" w:sz="6" w:space="0" w:color="F0DCA0"/>
          <w:right w:val="single" w:sz="6" w:space="0" w:color="F0DCA0"/>
        </w:pBdr>
        <w:shd w:val="clear" w:color="auto" w:fill="FFF8E6"/>
      </w:pP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取 </w:t>
      </w:r>
      <w:r>
        <w:rPr>
          <w:rFonts w:ascii="Courier" w:hAnsi="Courier"/>
          <w:color w:val="8A5A00"/>
        </w:rPr>
        <w:t>CENTER_EXP = 1.0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（线性）时，离质心不算远的中环区间也拿到高系数，全城中位约 1.66、几乎「一起堵」，区分度太差，最短路/碰头点照样不变。取 </w:t>
      </w:r>
      <w:r>
        <w:rPr>
          <w:b/>
          <w:color w:val="8A5A00"/>
        </w:rPr>
        <w:t>2.0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>（平方）后压到 1.00~1.76：质心 ×1.8、中环 ×1.3、远郊 ×1.05，空间差异才拉开。北京最堵的西单—灵境胡同 ×1.76。（</w:t>
      </w:r>
      <w:r>
        <w:rPr>
          <w:rFonts w:ascii="Courier" w:hAnsi="Courier"/>
          <w:color w:val="8A5A00"/>
        </w:rPr>
        <w:t>haversine</w:t>
      </w:r>
      <w:r>
        <w:rPr>
          <w:rFonts w:ascii="微软雅黑" w:eastAsia="微软雅黑" w:hAnsi="微软雅黑" w:cs="微软雅黑" w:hint="eastAsia"/>
          <w:color w:val="8A5A00"/>
          <w:lang w:eastAsia="zh-CN"/>
        </w:rPr>
        <w:t xml:space="preserve"> 用真实经纬度算大圆距离，纬度取绝对值处理数据里存成负值的情况。）</w:t>
      </w:r>
    </w:p>
    <w:p>
      <w:pPr>
        <w:pStyle w:val="Heading3"/>
        <w:spacing w:line="300" w:lineRule="auto"/>
      </w:pPr>
      <w:r>
        <w:rPr>
          <w:rFonts w:ascii="微软雅黑" w:hAnsi="微软雅黑" w:eastAsia="微软雅黑" w:cs="微软雅黑" w:hint="eastAsia"/>
          <w:b/>
          <w:sz w:val="26"/>
          <w:lang w:eastAsia="zh-CN"/>
        </w:rPr>
        <w:t>（二）整体对比速查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算法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类型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复杂度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负权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shd w:val="clear" w:color="auto" w:fill="EEF3FB"/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本项目角色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 xml:space="preserve">Dijkstra </w:t>
            </w:r>
            <w:r>
              <w:t xml:space="preserve"> </w:t>
            </w:r>
            <w:r>
              <w:t>堆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单源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O((n+m)log n)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否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默认主力（计算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对比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巡回底座）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 xml:space="preserve">Dijkstra </w:t>
            </w:r>
            <w:r>
              <w:t xml:space="preserve"> </w:t>
            </w:r>
            <w:r>
              <w:t>朴素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单源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O(n²)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否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教学演示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Bellman-Ford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单源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O(nm)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是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负权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负环检测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SPFA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单源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期望</w:t>
            </w:r>
            <w:r>
              <w:t xml:space="preserve"> </w:t>
            </w:r>
            <w:r>
              <w:t>O(m)/</w:t>
            </w:r>
            <w:r>
              <w:t xml:space="preserve"> </w:t>
            </w:r>
            <w:r>
              <w:t>最坏</w:t>
            </w:r>
            <w:r>
              <w:t xml:space="preserve"> </w:t>
            </w:r>
            <w:r>
              <w:t>O(nm)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是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对比底座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负环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Floyd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全源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O(n³)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否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 xml:space="preserve">k≈n </w:t>
            </w:r>
            <w:r>
              <w:t xml:space="preserve"> </w:t>
            </w:r>
            <w:r>
              <w:t>时巡回底座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巡回</w:t>
            </w:r>
            <w:r>
              <w:t xml:space="preserve"> </w:t>
            </w:r>
            <w:r>
              <w:t xml:space="preserve"> DP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多目标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O(m·2^m)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取决于底座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 xml:space="preserve">m≤12 </w:t>
            </w:r>
            <w:r>
              <w:t xml:space="preserve"> </w:t>
            </w:r>
            <w:r>
              <w:t>精确，否则贪心</w:t>
            </w:r>
          </w:p>
        </w:tc>
      </w:tr>
      <w:tr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碰头</w:t>
            </w:r>
            <w:r>
              <w:t xml:space="preserve"> </w:t>
            </w:r>
            <w:r>
              <w:t xml:space="preserve"> solveMeet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选址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O(P·n·log n)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否</w:t>
            </w:r>
          </w:p>
        </w:tc>
        <w:tc>
          <w:tcPr>
            <w:tcW w:type="dxa" w:w="1728"/>
            <w:vAlign w:val="center"/>
            <w:tcBorders>
              <w:top w:val="single" w:sz="6" w:space="0" w:color="D5DBE3"/>
              <w:bottom w:val="single" w:sz="6" w:space="0" w:color="D5DBE3"/>
              <w:left w:val="single" w:sz="6" w:space="0" w:color="D5DBE3"/>
              <w:right w:val="single" w:sz="6" w:space="0" w:color="D5DBE3"/>
            </w:tcBorders>
            <w:tcMar>
              <w:top w:w="108" w:type="dxa"/>
              <w:bottom w:w="108" w:type="dxa"/>
              <w:left w:w="168" w:type="dxa"/>
              <w:right w:w="168" w:type="dxa"/>
            </w:tcMar>
          </w:tcPr>
          <w:p>
            <w:pPr>
              <w:spacing w:line="240" w:lineRule="auto" w:before="60" w:after="60"/>
            </w:pPr>
            <w:r>
              <w:t>minimax/minisum</w:t>
            </w:r>
          </w:p>
        </w:tc>
      </w:tr>
    </w:tbl>
    <w:p>
      <w:r>
        <w:rPr>
          <w:rFonts w:ascii="微软雅黑" w:eastAsia="微软雅黑" w:hAnsi="微软雅黑" w:cs="微软雅黑" w:hint="eastAsia"/>
          <w:lang w:eastAsia="zh-CN"/>
        </w:rPr>
        <w:t>本文档所有代码均取自 qtview / cheng 项目真实源码（C++）与 tools/gen_congestion.py（Python），仅做讲解性精简与格式转义，逻辑与原文一致。</w:t>
      </w:r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6" w:lineRule="auto" w:after="132"/>
    </w:pPr>
    <w:rPr>
      <w:rFonts w:ascii="PingFang SC" w:hAnsi="PingFang SC" w:eastAsia="PingFang SC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84" w:after="132" w:line="255" w:lineRule="auto"/>
      <w:outlineLvl w:val="0"/>
    </w:pPr>
    <w:rPr>
      <w:rFonts w:ascii="PingFang SC" w:hAnsi="PingFang SC" w:eastAsia="PingFang SC"/>
      <w:b/>
      <w:bCs/>
      <w:color w:val="1F4E8C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84" w:after="132" w:line="255" w:lineRule="auto"/>
      <w:outlineLvl w:val="1"/>
    </w:pPr>
    <w:rPr>
      <w:rFonts w:ascii="PingFang SC" w:hAnsi="PingFang SC" w:eastAsia="PingFang SC"/>
      <w:b/>
      <w:bCs/>
      <w:color w:val="1F4E8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84" w:after="132" w:line="255" w:lineRule="auto"/>
      <w:outlineLvl w:val="2"/>
    </w:pPr>
    <w:rPr>
      <w:rFonts w:ascii="PingFang SC" w:hAnsi="PingFang SC" w:eastAsia="PingFang SC"/>
      <w:b/>
      <w:bCs/>
      <w:color w:val="4F81BD" w:themeColor="accent1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84" w:after="132" w:line="255" w:lineRule="auto"/>
      <w:outlineLvl w:val="3"/>
    </w:pPr>
    <w:rPr>
      <w:rFonts w:ascii="PingFang SC" w:hAnsi="PingFang SC" w:eastAsia="PingFang SC"/>
      <w:b/>
      <w:bCs/>
      <w:i/>
      <w:iCs/>
      <w:color w:val="6B7280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