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360"/>
        <w:jc w:val="center"/>
      </w:pPr>
      <w:r>
        <w:rPr>
          <w:rFonts w:ascii="PingFang SC" w:hAnsi="PingFang SC"/>
          <w:color w:val="6B7280"/>
          <w:sz w:val="18"/>
        </w:rPr>
      </w:r>
      <w:r>
        <w:rPr>
          <w:rFonts w:ascii="微软雅黑" w:hAnsi="微软雅黑" w:eastAsia="微软雅黑" w:cs="微软雅黑" w:hint="eastAsia"/>
          <w:color w:val="6B7280"/>
          <w:sz w:val="18"/>
          <w:lang w:eastAsia="zh-CN"/>
        </w:rPr>
        <w:t>算法讲解</w:t>
      </w:r>
      <w:r>
        <w:rPr>
          <w:rFonts w:ascii="PingFang SC" w:hAnsi="PingFang SC"/>
          <w:color w:val="6B7280"/>
          <w:sz w:val="18"/>
        </w:rPr>
        <w:t xml:space="preserve"> · </w:t>
      </w:r>
      <w:r>
        <w:rPr>
          <w:rFonts w:ascii="微软雅黑" w:hAnsi="微软雅黑" w:eastAsia="微软雅黑" w:cs="微软雅黑" w:hint="eastAsia"/>
          <w:color w:val="6B7280"/>
          <w:sz w:val="18"/>
          <w:lang w:eastAsia="zh-CN"/>
        </w:rPr>
        <w:t>技术文档</w:t>
      </w:r>
    </w:p>
    <w:p>
      <w:pPr>
        <w:pStyle w:val="Heading1"/>
        <w:spacing w:line="312" w:lineRule="auto" w:before="960" w:after="240"/>
        <w:jc w:val="center"/>
      </w:pPr>
      <w:r>
        <w:rPr>
          <w:rFonts w:ascii="微软雅黑" w:hAnsi="微软雅黑" w:eastAsia="微软雅黑" w:cs="微软雅黑" w:hint="eastAsia"/>
          <w:b/>
          <w:color w:val="111827"/>
          <w:sz w:val="48"/>
          <w:lang w:eastAsia="zh-CN"/>
        </w:rPr>
        <w:t>地铁网络最短路算法讲解</w:t>
      </w:r>
    </w:p>
    <w:p>
      <w:pPr>
        <w:spacing w:after="520"/>
        <w:jc w:val="center"/>
      </w:pPr>
      <w:r>
        <w:rPr>
          <w:rFonts w:ascii="微软雅黑" w:hAnsi="微软雅黑" w:eastAsia="微软雅黑" w:cs="微软雅黑" w:hint="eastAsia"/>
          <w:color w:val="6B7280"/>
          <w:sz w:val="26"/>
          <w:lang w:eastAsia="zh-CN"/>
        </w:rPr>
        <w:t>从单源最短路到多目标巡回与碰头点选址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项目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6B7280"/>
                <w:sz w:val="22"/>
              </w:rPr>
              <w:t>文档类型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111827"/>
                <w:sz w:val="22"/>
              </w:rPr>
              <w:t>技术讲解文档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6B7280"/>
                <w:sz w:val="22"/>
              </w:rPr>
              <w:t>技术栈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111827"/>
                <w:sz w:val="22"/>
              </w:rPr>
              <w:t>C++17 / Qt 6.8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6B7280"/>
                <w:sz w:val="22"/>
              </w:rPr>
              <w:t>目标读者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111827"/>
                <w:sz w:val="22"/>
              </w:rPr>
              <w:t>具备基础数据结构知识的开发者或学生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6B7280"/>
                <w:sz w:val="22"/>
              </w:rPr>
              <w:t>预计阅读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center"/>
              <w:spacing w:line="240" w:lineRule="auto" w:before="55" w:after="55"/>
            </w:pPr>
            <w:r>
              <w:rPr>
                <w:rFonts w:ascii="PingFang SC" w:hAnsi="PingFang SC" w:eastAsia="PingFang SC"/>
                <w:color w:val="111827"/>
                <w:sz w:val="22"/>
              </w:rPr>
              <w:t>约</w:t>
            </w:r>
            <w:r>
              <w:rPr>
                <w:rFonts w:ascii="PingFang SC" w:hAnsi="PingFang SC" w:eastAsia="PingFang SC"/>
                <w:color w:val="111827"/>
                <w:sz w:val="22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22"/>
              </w:rPr>
              <w:t xml:space="preserve"> 15 </w:t>
            </w:r>
            <w:r>
              <w:rPr>
                <w:rFonts w:ascii="PingFang SC" w:hAnsi="PingFang SC" w:eastAsia="PingFang SC"/>
                <w:color w:val="111827"/>
                <w:sz w:val="22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22"/>
              </w:rPr>
              <w:t>分钟</w:t>
            </w:r>
          </w:p>
        </w:tc>
      </w:tr>
    </w:tbl>
    <w:p>
      <w:r/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pPr>
        <w:spacing w:after="130"/>
        <w:jc w:val="left"/>
      </w:pPr>
      <w:r/>
      <w:r>
        <w:rPr>
          <w:rFonts w:ascii="PingFang SC" w:hAnsi="PingFang SC" w:eastAsia="PingFang SC"/>
          <w:b/>
          <w:color w:val="111827"/>
          <w:sz w:val="26"/>
        </w:rPr>
        <w:t>目录</w:t>
      </w:r>
    </w:p>
    <w:p>
      <w:hyperlink w:anchor="_Toc_section_1">
        <w:r>
          <w:rPr>
            <w:rFonts w:hint="eastAsia"/>
            <w:color w:val="000000"/>
            <w:u w:val="none"/>
          </w:rPr>
          <w:t xml:space="preserve">TL;DR</w:t>
        </w:r>
      </w:hyperlink>
    </w:p>
    <w:p>
      <w:hyperlink w:anchor="_Toc_section_2">
        <w:r>
          <w:rPr>
            <w:rFonts w:hint="eastAsia"/>
            <w:color w:val="000000"/>
            <w:u w:val="none"/>
          </w:rPr>
          <w:t xml:space="preserve">一、问题背景与数据模型</w:t>
        </w:r>
      </w:hyperlink>
    </w:p>
    <w:p>
      <w:hyperlink w:anchor="_Toc_section_3">
        <w:r>
          <w:rPr>
            <w:rFonts w:hint="eastAsia"/>
            <w:color w:val="000000"/>
            <w:u w:val="none"/>
          </w:rPr>
          <w:t xml:space="preserve">二、单源最短路：三种推进方式</w:t>
        </w:r>
      </w:hyperlink>
    </w:p>
    <w:p>
      <w:hyperlink w:anchor="_Toc_section_4">
        <w:r>
          <w:rPr>
            <w:rFonts w:hint="eastAsia"/>
            <w:color w:val="000000"/>
            <w:u w:val="none"/>
          </w:rPr>
          <w:t xml:space="preserve">三、全源最短路：Floyd</w:t>
        </w:r>
      </w:hyperlink>
    </w:p>
    <w:p>
      <w:hyperlink w:anchor="_Toc_section_5">
        <w:r>
          <w:rPr>
            <w:rFonts w:hint="eastAsia"/>
            <w:color w:val="000000"/>
            <w:u w:val="none"/>
          </w:rPr>
          <w:t xml:space="preserve">四、算法对比总表</w:t>
        </w:r>
      </w:hyperlink>
    </w:p>
    <w:p>
      <w:hyperlink w:anchor="_Toc_section_6">
        <w:r>
          <w:rPr>
            <w:rFonts w:hint="eastAsia"/>
            <w:color w:val="000000"/>
            <w:u w:val="none"/>
          </w:rPr>
          <w:t xml:space="preserve">五、从单对到多目标：巡回问题</w:t>
        </w:r>
      </w:hyperlink>
    </w:p>
    <w:p>
      <w:hyperlink w:anchor="_Toc_section_7">
        <w:r>
          <w:rPr>
            <w:rFonts w:hint="eastAsia"/>
            <w:color w:val="000000"/>
            <w:u w:val="none"/>
          </w:rPr>
          <w:t xml:space="preserve">六、换个目标函数：碰头点选址</w:t>
        </w:r>
      </w:hyperlink>
    </w:p>
    <w:p>
      <w:hyperlink w:anchor="_Toc_section_8">
        <w:r>
          <w:rPr>
            <w:rFonts w:hint="eastAsia"/>
            <w:color w:val="000000"/>
            <w:u w:val="none"/>
          </w:rPr>
          <w:t xml:space="preserve">七、让权重更真实：拥堵系数建模</w:t>
        </w:r>
      </w:hyperlink>
    </w:p>
    <w:p>
      <w:hyperlink w:anchor="_Toc_section_9">
        <w:r>
          <w:rPr>
            <w:rFonts w:hint="eastAsia"/>
            <w:color w:val="000000"/>
            <w:u w:val="none"/>
          </w:rPr>
          <w:t xml:space="preserve">八、总结：什么时候用哪个</w:t>
        </w:r>
      </w:hyperlink>
    </w:p>
    <w:p>
      <w:hyperlink w:anchor="_Toc_section_10">
        <w:r>
          <w:rPr>
            <w:rFonts w:hint="eastAsia"/>
            <w:color w:val="000000"/>
            <w:u w:val="none"/>
          </w:rPr>
          <w:t xml:space="preserve">元信息</w:t>
        </w:r>
      </w:hyperlink>
    </w:p>
    <w:p>
      <w:bookmarkStart w:id="10" w:name="_Toc_section_1"/>
      <w:bookmarkStart w:id="0" w:name="section-1"/>
      <w:pPr>
        <w:pStyle w:val="Heading2"/>
        <w:spacing w:line="312" w:lineRule="auto"/>
      </w:pPr>
      <w:bookmarkEnd w:id="0"/>
      <w:r>
        <w:rPr>
          <w:rFonts w:ascii="PingFang SC" w:hAnsi="PingFang SC"/>
          <w:b/>
          <w:color w:val="111827"/>
          <w:sz w:val="30"/>
        </w:rPr>
        <w:t>TL;DR</w:t>
      </w:r>
      <w:bookmarkEnd w:id="10"/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同一张地铁网络图上，「最短路径」并不是一个算法，而是一族算法。本文按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推进方式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把项目里实现的五种算法串起来：</w:t>
      </w:r>
      <w:r>
        <w:rPr>
          <w:rFonts w:ascii="PingFang SC" w:hAnsi="PingFang SC"/>
          <w:color w:val="111827"/>
          <w:sz w:val="22"/>
        </w:rPr>
        <w:t xml:space="preserve">Dijkstra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按距离从小到大逐个「确定」节点，</w:t>
      </w:r>
      <w:r>
        <w:rPr>
          <w:rFonts w:ascii="PingFang SC" w:hAnsi="PingFang SC"/>
          <w:color w:val="111827"/>
          <w:sz w:val="22"/>
        </w:rPr>
        <w:t xml:space="preserve">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按轮次一圈圈向外铺，</w:t>
      </w:r>
      <w:r>
        <w:rPr>
          <w:rFonts w:ascii="PingFang SC" w:hAnsi="PingFang SC"/>
          <w:color w:val="111827"/>
          <w:sz w:val="22"/>
        </w:rPr>
        <w:t xml:space="preserve">SPFA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是</w:t>
      </w:r>
      <w:r>
        <w:rPr>
          <w:rFonts w:ascii="PingFang SC" w:hAnsi="PingFang SC"/>
          <w:color w:val="111827"/>
          <w:sz w:val="22"/>
        </w:rPr>
        <w:t xml:space="preserve"> 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的队列优化，</w:t>
      </w:r>
      <w:r>
        <w:rPr>
          <w:rFonts w:ascii="PingFang SC" w:hAnsi="PingFang SC"/>
          <w:color w:val="111827"/>
          <w:sz w:val="22"/>
        </w:rPr>
        <w:t xml:space="preserve">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则用「逐个解禁中转站」的办法一次性算出全源距离。在这之上，项目还叠加了两个把算法变成生活工具的扩展：多目标巡回（先用最短路算距离矩阵，再用状态压缩</w:t>
      </w:r>
      <w:r>
        <w:rPr>
          <w:rFonts w:ascii="PingFang SC" w:hAnsi="PingFang SC"/>
          <w:color w:val="111827"/>
          <w:sz w:val="22"/>
        </w:rPr>
        <w:t xml:space="preserve"> DP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求访问顺序）与碰头点选址（同一张图，换一个目标函数，答案就完全不同）。</w:t>
      </w:r>
    </w:p>
    <w:p>
      <w:bookmarkStart w:id="11" w:name="_Toc_section_2"/>
      <w:bookmarkStart w:id="1" w:name="section-2"/>
      <w:pPr>
        <w:pStyle w:val="Heading2"/>
        <w:spacing w:line="312" w:lineRule="auto"/>
      </w:pPr>
      <w:bookmarkEnd w:id="1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一、问题背景与数据模型</w:t>
      </w:r>
      <w:bookmarkEnd w:id="11"/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这一章先交代清楚两件事：我们在什么图上计算，以及算出来的数字到底代表什么。后面所有算法的讨论，都建立在这两个前提之上。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（一）要解决什么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给定一张城市地铁网络（站点</w:t>
      </w:r>
      <w:r>
        <w:rPr>
          <w:rFonts w:ascii="PingFang SC" w:hAnsi="PingFang SC"/>
          <w:color w:val="111827"/>
          <w:sz w:val="22"/>
        </w:rPr>
        <w:t xml:space="preserve"> +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区间</w:t>
      </w:r>
      <w:r>
        <w:rPr>
          <w:rFonts w:ascii="PingFang SC" w:hAnsi="PingFang SC"/>
          <w:color w:val="111827"/>
          <w:sz w:val="22"/>
        </w:rPr>
        <w:t xml:space="preserve"> +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区间耗时），回答三类问题：</w:t>
      </w:r>
    </w:p>
    <w:p>
      <w:pPr>
        <w:pStyle w:val="ListNumber"/>
        <w:numPr>
          <w:ilvl w:val="0"/>
          <w:numId w:val="10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单对最短路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：从</w:t>
      </w:r>
      <w:r>
        <w:rPr>
          <w:rFonts w:ascii="PingFang SC" w:hAnsi="PingFang SC"/>
          <w:color w:val="111827"/>
          <w:sz w:val="22"/>
        </w:rPr>
        <w:t xml:space="preserve"> 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站到</w:t>
      </w:r>
      <w:r>
        <w:rPr>
          <w:rFonts w:ascii="PingFang SC" w:hAnsi="PingFang SC"/>
          <w:color w:val="111827"/>
          <w:sz w:val="22"/>
        </w:rPr>
        <w:t xml:space="preserve"> B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站最少要多久，走哪条线。</w:t>
      </w:r>
    </w:p>
    <w:p>
      <w:pPr>
        <w:pStyle w:val="ListNumber"/>
        <w:numPr>
          <w:ilvl w:val="0"/>
          <w:numId w:val="10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多目标巡回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：从起点出发，把若干个目标站都走一遍，总耗时最小，顺序是什么。</w:t>
      </w:r>
    </w:p>
    <w:p>
      <w:pPr>
        <w:pStyle w:val="ListNumber"/>
        <w:numPr>
          <w:ilvl w:val="0"/>
          <w:numId w:val="10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碰头点选址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：几个人从不同位置出发，约在哪个站见面最合适。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三类问题的内核是同一个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图上的最短路径。区别只在于「在最短路上优化什么」。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（二）图模型：邻接表与邻接矩阵双存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项目用 </w:t>
      </w:r>
      <w:r>
        <w:rPr>
          <w:rFonts w:ascii="JetBrains Mono" w:hAnsi="JetBrains Mono"/>
          <w:color w:val="111827"/>
          <w:sz w:val="18"/>
        </w:rPr>
        <w:t>Graph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类同时维护两份存储：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邻接表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g_[u]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：只存真实存在的边，遍历一个点的邻居是</w:t>
      </w:r>
      <w:r>
        <w:rPr>
          <w:rFonts w:ascii="PingFang SC" w:hAnsi="PingFang SC"/>
          <w:color w:val="111827"/>
          <w:sz w:val="22"/>
        </w:rPr>
        <w:t xml:space="preserve"> O(deg(u))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。所有单源算法（</w:t>
      </w:r>
      <w:r>
        <w:rPr>
          <w:rFonts w:ascii="PingFang SC" w:hAnsi="PingFang SC"/>
          <w:color w:val="111827"/>
          <w:sz w:val="22"/>
        </w:rPr>
        <w:t>Dijkstra / SPFA / Bellman-Ford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）都走它。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邻接矩阵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a_[u][v]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  <w:r>
        <w:rPr>
          <w:rFonts w:ascii="PingFang SC" w:hAnsi="PingFang SC"/>
          <w:color w:val="111827"/>
          <w:sz w:val="22"/>
        </w:rPr>
        <w:t xml:space="preserve">O(1)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判断两点是否相邻、查询边权，</w:t>
      </w:r>
      <w:r>
        <w:rPr>
          <w:rFonts w:ascii="PingFang SC" w:hAnsi="PingFang SC"/>
          <w:color w:val="111827"/>
          <w:sz w:val="22"/>
        </w:rPr>
        <w:t xml:space="preserve">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初始化与「是否有这条边」的检查走它。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用 </w:t>
      </w:r>
      <w:r>
        <w:rPr>
          <w:rFonts w:ascii="JetBrains Mono" w:hAnsi="JetBrains Mono"/>
          <w:color w:val="111827"/>
          <w:sz w:val="18"/>
        </w:rPr>
        <w:t>INF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表示不可达，用 </w:t>
      </w:r>
      <w:r>
        <w:rPr>
          <w:rFonts w:ascii="JetBrains Mono" w:hAnsi="JetBrains Mono"/>
          <w:color w:val="111827"/>
          <w:sz w:val="18"/>
        </w:rPr>
        <w:t>alive_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标记点是否还存在（删点后不重建整张表）。读取数据时会丢弃自环、重边与越界编号，丢弃条数记在 </w:t>
      </w:r>
      <w:r>
        <w:rPr>
          <w:rFonts w:ascii="JetBrains Mono" w:hAnsi="JetBrains Mono"/>
          <w:color w:val="111827"/>
          <w:sz w:val="18"/>
        </w:rPr>
        <w:t>dropped_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里，供界面提示。</w:t>
      </w:r>
    </w:p>
    <w:p>
      <w:pPr>
        <w:spacing w:after="110"/>
        <w:jc w:val="both"/>
        <w:pBdr>
          <w:left w:val="single" w:sz="18" w:space="0" w:color="2563EB"/>
        </w:pBdr>
        <w:shd w:val="clear" w:color="auto" w:fill="F3F4F6"/>
      </w:pPr>
      <w:r>
        <w:rPr>
          <w:rFonts w:ascii="PingFang SC" w:hAnsi="PingFang SC"/>
          <w:color w:val="111827"/>
          <w:sz w:val="22"/>
        </w:rPr>
        <w:t xml:space="preserve">  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设计取舍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：双存带来约两倍内存，换来的是「遍历快」和「查询快」两种访问模式都不必妥协。地铁网络点数在几百量级，这个代价完全可以接受。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（三）边权的真实含义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边权不是直线距离，而是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区间通行耗时（分钟）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。实际计算前，基础耗时会乘上拥堵系数，组成 </w:t>
      </w:r>
      <w:r>
        <w:rPr>
          <w:rFonts w:ascii="JetBrains Mono" w:hAnsi="JetBrains Mono"/>
          <w:color w:val="111827"/>
          <w:sz w:val="18"/>
        </w:rPr>
        <w:t>gWork_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gWork_ = 基础耗时 × 拥堵系数      （封路的边权置为 INF）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所以算法输出的 </w:t>
      </w:r>
      <w:r>
        <w:rPr>
          <w:rFonts w:ascii="JetBrains Mono" w:hAnsi="JetBrains Mono"/>
          <w:color w:val="111827"/>
          <w:sz w:val="18"/>
        </w:rPr>
        <w:t>dis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就是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真实路上的分钟数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。这一点很关键：它意味着后面所有「最优解」都是时间意义上的最优，而不是几何意义上的最近。</w:t>
      </w:r>
    </w:p>
    <w:p>
      <w:bookmarkStart w:id="12" w:name="_Toc_section_3"/>
      <w:bookmarkStart w:id="2" w:name="section-3"/>
      <w:pPr>
        <w:pStyle w:val="Heading2"/>
        <w:spacing w:line="312" w:lineRule="auto"/>
      </w:pPr>
      <w:bookmarkEnd w:id="2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二、单源最短路：三种推进方式</w:t>
      </w:r>
      <w:bookmarkEnd w:id="12"/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单源最短路要回答的是「从</w:t>
      </w:r>
      <w:r>
        <w:rPr>
          <w:rFonts w:ascii="PingFang SC" w:hAnsi="PingFang SC"/>
          <w:color w:val="111827"/>
          <w:sz w:val="22"/>
        </w:rPr>
        <w:t xml:space="preserve"> s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出发到每一个点的最小耗时」。三种算法的目标相同，区别在于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用什么顺序去确定一个点的最终距离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（一）Dijkstra：按距离从小到大逐个确定</w:t>
      </w:r>
    </w:p>
    <w:p>
      <w:pPr>
        <w:jc w:val="both"/>
      </w:pPr>
      <w:r>
        <w:rPr>
          <w:rFonts w:ascii="PingFang SC" w:hAnsi="PingFang SC"/>
          <w:color w:val="111827"/>
          <w:sz w:val="22"/>
        </w:rPr>
        <w:t xml:space="preserve">Dijkstra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是最基础的贪心版本，它的全部威力来自一条不变式。下面先说明这条不变式为什么成立，再看它的两种实现。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1. 核心不变式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维护一个「已确定集合」</w:t>
      </w:r>
      <w:r>
        <w:rPr>
          <w:rFonts w:ascii="PingFang SC" w:hAnsi="PingFang SC"/>
          <w:color w:val="111827"/>
          <w:sz w:val="22"/>
        </w:rPr>
        <w:t>S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。每一轮从未确定的点里取出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dis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最小的那个</w:t>
      </w:r>
      <w:r>
        <w:rPr>
          <w:rFonts w:ascii="PingFang SC" w:hAnsi="PingFang SC"/>
          <w:color w:val="111827"/>
          <w:sz w:val="22"/>
        </w:rPr>
        <w:t xml:space="preserve"> u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，把它加入</w:t>
      </w:r>
      <w:r>
        <w:rPr>
          <w:rFonts w:ascii="PingFang SC" w:hAnsi="PingFang SC"/>
          <w:color w:val="111827"/>
          <w:sz w:val="22"/>
        </w:rPr>
        <w:t xml:space="preserve"> S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，然后用</w:t>
      </w:r>
      <w:r>
        <w:rPr>
          <w:rFonts w:ascii="PingFang SC" w:hAnsi="PingFang SC"/>
          <w:color w:val="111827"/>
          <w:sz w:val="22"/>
        </w:rPr>
        <w:t xml:space="preserve"> u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去松弛它的所有邻居：</w:t>
      </w:r>
    </w:p>
    <w:p>
      <w:pPr/>
      <w:r>
        <w:rPr>
          <w:rFonts w:ascii="JetBrains Mono" w:hAnsi="JetBrains Mono"/>
          <w:color w:val="111827"/>
          <w:sz w:val="18"/>
        </w:rPr>
        <w:t>dis[v] = min(dis[v], dis[u] + w(u, v))</w:t>
      </w:r>
    </w:p>
    <w:p>
      <w:pPr>
        <w:jc w:val="both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为什么可以「一旦确定就不再更改」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：因为所有边权非负。如果</w:t>
      </w:r>
      <w:r>
        <w:rPr>
          <w:rFonts w:ascii="PingFang SC" w:hAnsi="PingFang SC"/>
          <w:color w:val="111827"/>
          <w:sz w:val="22"/>
        </w:rPr>
        <w:t xml:space="preserve"> u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是剩余点里距离最小的，那么任何「绕一圈再回到</w:t>
      </w:r>
      <w:r>
        <w:rPr>
          <w:rFonts w:ascii="PingFang SC" w:hAnsi="PingFang SC"/>
          <w:color w:val="111827"/>
          <w:sz w:val="22"/>
        </w:rPr>
        <w:t xml:space="preserve"> u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」的路径都不可能更短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绕路只会让距离增加。</w:t>
      </w:r>
    </w:p>
    <w:p>
      <w:pPr>
        <w:spacing w:after="110"/>
        <w:jc w:val="both"/>
        <w:pBdr>
          <w:left w:val="single" w:sz="18" w:space="0" w:color="2563EB"/>
        </w:pBdr>
        <w:shd w:val="clear" w:color="auto" w:fill="FEF3C7"/>
      </w:pPr>
      <w:r>
        <w:rPr>
          <w:rFonts w:ascii="PingFang SC" w:hAnsi="PingFang SC"/>
          <w:color w:val="111827"/>
          <w:sz w:val="22"/>
        </w:rPr>
        <w:t xml:space="preserve">  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前提条件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：边权必须非负。这也是后面还要实现</w:t>
      </w:r>
      <w:r>
        <w:rPr>
          <w:rFonts w:ascii="PingFang SC" w:hAnsi="PingFang SC"/>
          <w:color w:val="111827"/>
          <w:sz w:val="22"/>
        </w:rPr>
        <w:t xml:space="preserve"> 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和</w:t>
      </w:r>
      <w:r>
        <w:rPr>
          <w:rFonts w:ascii="PingFang SC" w:hAnsi="PingFang SC"/>
          <w:color w:val="111827"/>
          <w:sz w:val="22"/>
        </w:rPr>
        <w:t xml:space="preserve"> SPFA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的原因。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2. 朴素版与堆优化版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朴素版每轮用一次线性扫描找出当前最小距离的点：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for i in 0 .. n-1:</w:t>
        <w:br/>
        <w:t xml:space="preserve">    u = 未确定点中 dis 最小的       // 这一步 O(n)</w:t>
        <w:br/>
        <w:t xml:space="preserve">    vis[u] = 1</w:t>
        <w:br/>
        <w:t xml:space="preserve">    for 每条 u -&gt; v 的边: 松弛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总复杂度</w:t>
      </w:r>
      <w:r>
        <w:rPr>
          <w:rFonts w:ascii="PingFang SC" w:hAnsi="PingFang SC"/>
          <w:color w:val="111827"/>
          <w:sz w:val="22"/>
        </w:rPr>
        <w:t xml:space="preserve"> O(n² + m)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，适合稠密图或点数很小的场景，写起来最直观。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堆优化版把「找最小」交给优先队列：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while 堆非空:</w:t>
        <w:br/>
        <w:t xml:space="preserve">    (d, u) = 堆顶弹出</w:t>
        <w:br/>
        <w:t xml:space="preserve">    if vis[u]: continue            // 过期项，丢弃</w:t>
        <w:br/>
        <w:t xml:space="preserve">    vis[u] = 1</w:t>
        <w:br/>
        <w:t xml:space="preserve">    for 每条 u -&gt; v 的边:</w:t>
        <w:br/>
        <w:t xml:space="preserve">        if dis[u] + w &lt; dis[v]:</w:t>
        <w:br/>
        <w:t xml:space="preserve">            dis[v] = dis[u] + w</w:t>
        <w:br/>
        <w:t xml:space="preserve">            压入 (dis[v], v)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复杂度降到</w:t>
      </w:r>
      <w:r>
        <w:rPr>
          <w:rFonts w:ascii="PingFang SC" w:hAnsi="PingFang SC"/>
          <w:color w:val="111827"/>
          <w:sz w:val="22"/>
        </w:rPr>
        <w:t xml:space="preserve"> O((n + m) log n)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，是项目里实际计算与算法对比时默认使用的版本。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3. 惰性删除：vis 判断为什么不能省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堆优化版没有实现「修改堆中元素的优先级」，而是允许同一个点被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多次压入堆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。这就带来一个问题：堆里可能同时存在 </w:t>
      </w:r>
      <w:r>
        <w:rPr>
          <w:rFonts w:ascii="JetBrains Mono" w:hAnsi="JetBrains Mono"/>
          <w:color w:val="111827"/>
          <w:sz w:val="18"/>
        </w:rPr>
        <w:t>(dis_old, v)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和 </w:t>
      </w:r>
      <w:r>
        <w:rPr>
          <w:rFonts w:ascii="JetBrains Mono" w:hAnsi="JetBrains Mono"/>
          <w:color w:val="111827"/>
          <w:sz w:val="18"/>
        </w:rPr>
        <w:t>(dis_new, v)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两项，其中 </w:t>
      </w:r>
      <w:r>
        <w:rPr>
          <w:rFonts w:ascii="JetBrains Mono" w:hAnsi="JetBrains Mono"/>
          <w:color w:val="111827"/>
          <w:sz w:val="18"/>
        </w:rPr>
        <w:t>dis_old &gt; dis_new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jc w:val="both"/>
      </w:pPr>
      <w:r>
        <w:rPr>
          <w:rFonts w:ascii="JetBrains Mono" w:hAnsi="JetBrains Mono"/>
          <w:color w:val="111827"/>
          <w:sz w:val="18"/>
        </w:rPr>
        <w:t>if vis[u]: continue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就是用来丢弃这类过期项的。当 </w:t>
      </w:r>
      <w:r>
        <w:rPr>
          <w:rFonts w:ascii="JetBrains Mono" w:hAnsi="JetBrains Mono"/>
          <w:color w:val="111827"/>
          <w:sz w:val="18"/>
        </w:rPr>
        <w:t>(dis_new, v)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先被弹出并处理时 </w:t>
      </w:r>
      <w:r>
        <w:rPr>
          <w:rFonts w:ascii="JetBrains Mono" w:hAnsi="JetBrains Mono"/>
          <w:color w:val="111827"/>
          <w:sz w:val="18"/>
        </w:rPr>
        <w:t>vis[v]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被置</w:t>
      </w:r>
      <w:r>
        <w:rPr>
          <w:rFonts w:ascii="PingFang SC" w:hAnsi="PingFang SC"/>
          <w:color w:val="111827"/>
          <w:sz w:val="22"/>
        </w:rPr>
        <w:t xml:space="preserve"> 1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，之后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(dis_old, v)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弹出时直接被跳过。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如果省掉这一行，会用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已经过时的较大距离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去松弛邻居，在稠密图上会产出偏大的错误结果。这正是「惰性删除（</w:t>
      </w:r>
      <w:r>
        <w:rPr>
          <w:rFonts w:ascii="PingFang SC" w:hAnsi="PingFang SC"/>
          <w:color w:val="111827"/>
          <w:sz w:val="22"/>
        </w:rPr>
        <w:t>lazy deletion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）」这个技巧存在的意义。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4. 记录型：为动画重放服务</w:t>
      </w:r>
    </w:p>
    <w:p>
      <w:pPr>
        <w:jc w:val="both"/>
      </w:pPr>
      <w:r>
        <w:rPr>
          <w:rFonts w:ascii="JetBrains Mono" w:hAnsi="JetBrains Mono"/>
          <w:color w:val="111827"/>
          <w:sz w:val="18"/>
        </w:rPr>
        <w:t>dijkstraRecorded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的逻辑与堆优化版完全一致，只多输出一个 </w:t>
      </w:r>
      <w:r>
        <w:rPr>
          <w:rFonts w:ascii="JetBrains Mono" w:hAnsi="JetBrains Mono"/>
          <w:color w:val="111827"/>
          <w:sz w:val="18"/>
        </w:rPr>
        <w:t>order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数组，记录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节点被确定的先后顺序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。界面上的算法动画就是按这个数组逐帧回放的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动画放出来的顺序，就是算法真实的确定顺序，而不是事后编排的视觉效果。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（二）Bellman-Ford：一轮一轮地铺</w:t>
      </w:r>
    </w:p>
    <w:p>
      <w:pPr>
        <w:jc w:val="both"/>
      </w:pPr>
      <w:r>
        <w:rPr>
          <w:rFonts w:ascii="PingFang SC" w:hAnsi="PingFang SC"/>
          <w:color w:val="111827"/>
          <w:sz w:val="22"/>
        </w:rPr>
        <w:t xml:space="preserve">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不去挑「当前最近的点」，而是每一轮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把所有边都扫一遍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dis[s] = 0</w:t>
        <w:br/>
        <w:t>for round in 1 .. n-1:</w:t>
        <w:br/>
        <w:t xml:space="preserve">    changed = false</w:t>
        <w:br/>
        <w:t xml:space="preserve">    for 每条边 (u, v, w):</w:t>
        <w:br/>
        <w:t xml:space="preserve">        if dis[u] + w &lt; dis[v]:</w:t>
        <w:br/>
        <w:t xml:space="preserve">            dis[v] = dis[u] + w</w:t>
        <w:br/>
        <w:t xml:space="preserve">            changed = true</w:t>
        <w:br/>
        <w:t xml:space="preserve">    if not changed: break          // 提前收敛</w:t>
      </w:r>
    </w:p>
    <w:p>
      <w:pPr>
        <w:jc w:val="both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为什么最多 n-1 轮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：任何一条最短路径最多包含</w:t>
      </w:r>
      <w:r>
        <w:rPr>
          <w:rFonts w:ascii="PingFang SC" w:hAnsi="PingFang SC"/>
          <w:color w:val="111827"/>
          <w:sz w:val="22"/>
        </w:rPr>
        <w:t xml:space="preserve"> n-1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条边（不含环）。第</w:t>
      </w:r>
      <w:r>
        <w:rPr>
          <w:rFonts w:ascii="PingFang SC" w:hAnsi="PingFang SC"/>
          <w:color w:val="111827"/>
          <w:sz w:val="22"/>
        </w:rPr>
        <w:t xml:space="preserve"> i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轮结束时，已经能正确求出「边数不超过</w:t>
      </w:r>
      <w:r>
        <w:rPr>
          <w:rFonts w:ascii="PingFang SC" w:hAnsi="PingFang SC"/>
          <w:color w:val="111827"/>
          <w:sz w:val="22"/>
        </w:rPr>
        <w:t xml:space="preserve"> i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」的最短路。所以</w:t>
      </w:r>
      <w:r>
        <w:rPr>
          <w:rFonts w:ascii="PingFang SC" w:hAnsi="PingFang SC"/>
          <w:color w:val="111827"/>
          <w:sz w:val="22"/>
        </w:rPr>
        <w:t xml:space="preserve"> n-1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轮之后必然全部收敛。</w:t>
      </w:r>
    </w:p>
    <w:p>
      <w:pPr>
        <w:jc w:val="both"/>
      </w:pPr>
      <w:r>
        <w:rPr>
          <w:rFonts w:ascii="JetBrains Mono" w:hAnsi="JetBrains Mono"/>
          <w:color w:val="111827"/>
          <w:sz w:val="18"/>
        </w:rPr>
        <w:t>changed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标志是纯粹的优化：某一轮没有任何改进，说明已经收敛，可以直接跳出。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复杂度</w:t>
      </w:r>
      <w:r>
        <w:rPr>
          <w:rFonts w:ascii="PingFang SC" w:hAnsi="PingFang SC"/>
          <w:color w:val="111827"/>
          <w:sz w:val="22"/>
        </w:rPr>
        <w:t xml:space="preserve"> O(n·m)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，比堆优化</w:t>
      </w:r>
      <w:r>
        <w:rPr>
          <w:rFonts w:ascii="PingFang SC" w:hAnsi="PingFang SC"/>
          <w:color w:val="111827"/>
          <w:sz w:val="22"/>
        </w:rPr>
        <w:t xml:space="preserve"> Dijkstra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慢，但换来两个能力：</w:t>
      </w:r>
    </w:p>
    <w:p>
      <w:pPr>
        <w:pStyle w:val="ListNumber"/>
        <w:numPr>
          <w:ilvl w:val="0"/>
          <w:numId w:val="11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不要求边权非负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，负权边也能正确处理。</w:t>
      </w:r>
    </w:p>
    <w:p>
      <w:pPr>
        <w:pStyle w:val="ListNumber"/>
        <w:numPr>
          <w:ilvl w:val="0"/>
          <w:numId w:val="11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可以检测负环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：如果跑完</w:t>
      </w:r>
      <w:r>
        <w:rPr>
          <w:rFonts w:ascii="PingFang SC" w:hAnsi="PingFang SC"/>
          <w:color w:val="111827"/>
          <w:sz w:val="22"/>
        </w:rPr>
        <w:t xml:space="preserve"> n-1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轮后再扫一遍还能松弛，说明存在可以无限绕圈变短的负环，此时最短路径无定义。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记录型版本额外输出 </w:t>
      </w:r>
      <w:r>
        <w:rPr>
          <w:rFonts w:ascii="JetBrains Mono" w:hAnsi="JetBrains Mono"/>
          <w:color w:val="111827"/>
          <w:sz w:val="18"/>
        </w:rPr>
        <w:t>roundInfo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（每轮的松弛次数），使得动画能表现</w:t>
      </w:r>
      <w:r>
        <w:rPr>
          <w:rFonts w:ascii="PingFang SC" w:hAnsi="PingFang SC"/>
          <w:color w:val="111827"/>
          <w:sz w:val="22"/>
        </w:rPr>
        <w:t xml:space="preserve"> 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特有的「一轮一轮向外铺开」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这是它与</w:t>
      </w:r>
      <w:r>
        <w:rPr>
          <w:rFonts w:ascii="PingFang SC" w:hAnsi="PingFang SC"/>
          <w:color w:val="111827"/>
          <w:sz w:val="22"/>
        </w:rPr>
        <w:t xml:space="preserve"> Dijkstra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在视觉上最直观的区别。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（三）SPFA：Bellman-Ford 的队列优化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观察</w:t>
      </w:r>
      <w:r>
        <w:rPr>
          <w:rFonts w:ascii="PingFang SC" w:hAnsi="PingFang SC"/>
          <w:color w:val="111827"/>
          <w:sz w:val="22"/>
        </w:rPr>
        <w:t xml:space="preserve"> 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可以发现：一轮里绝大多数边其实是无效扫描。只有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上一轮距离真正变小的那些点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，才可能带动邻居更新。</w:t>
      </w:r>
    </w:p>
    <w:p>
      <w:pPr>
        <w:jc w:val="both"/>
      </w:pPr>
      <w:r>
        <w:rPr>
          <w:rFonts w:ascii="PingFang SC" w:hAnsi="PingFang SC"/>
          <w:color w:val="111827"/>
          <w:sz w:val="22"/>
        </w:rPr>
        <w:t xml:space="preserve">SPFA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用队列维护「距离刚被更新的点」：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dis[s] = 0; 队列 = [s]; inq[s] = 1</w:t>
        <w:br/>
        <w:t>while 队列非空:</w:t>
        <w:br/>
        <w:t xml:space="preserve">    u = 队首出队; inq[u] = 0</w:t>
        <w:br/>
        <w:t xml:space="preserve">    for 每条 u -&gt; v 的边:</w:t>
        <w:br/>
        <w:t xml:space="preserve">        if dis[u] + w &lt; dis[v]:</w:t>
        <w:br/>
        <w:t xml:space="preserve">            dis[v] = dis[u] + w</w:t>
        <w:br/>
        <w:t xml:space="preserve">            if not inq[v]:</w:t>
        <w:br/>
        <w:t xml:space="preserve">                入队; inq[v] = 1</w:t>
        <w:br/>
        <w:t xml:space="preserve">                cnt[v] += 1</w:t>
        <w:br/>
        <w:t xml:space="preserve">                if cnt[v] &gt;= n: 存在负环</w:t>
      </w:r>
    </w:p>
    <w:p>
      <w:pPr>
        <w:jc w:val="both"/>
      </w:pPr>
      <w:r>
        <w:rPr>
          <w:rFonts w:ascii="JetBrains Mono" w:hAnsi="JetBrains Mono"/>
          <w:color w:val="111827"/>
          <w:sz w:val="18"/>
        </w:rPr>
        <w:t>inq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保证同一个点不会在队列里重复出现，</w:t>
      </w:r>
      <w:r>
        <w:rPr>
          <w:rFonts w:ascii="JetBrains Mono" w:hAnsi="JetBrains Mono"/>
          <w:color w:val="111827"/>
          <w:sz w:val="18"/>
        </w:rPr>
        <w:t>cnt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统计入队次数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一个点入队达到</w:t>
      </w:r>
      <w:r>
        <w:rPr>
          <w:rFonts w:ascii="PingFang SC" w:hAnsi="PingFang SC"/>
          <w:color w:val="111827"/>
          <w:sz w:val="22"/>
        </w:rPr>
        <w:t xml:space="preserve"> n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次，说明它在被负环反复缩短。</w:t>
      </w:r>
    </w:p>
    <w:p>
      <w:pPr>
        <w:spacing w:after="110"/>
        <w:jc w:val="both"/>
        <w:pBdr>
          <w:left w:val="single" w:sz="18" w:space="0" w:color="2563EB"/>
        </w:pBdr>
        <w:shd w:val="clear" w:color="auto" w:fill="FEF3C7"/>
      </w:pPr>
      <w:r>
        <w:rPr>
          <w:rFonts w:ascii="PingFang SC" w:hAnsi="PingFang SC"/>
          <w:color w:val="111827"/>
          <w:sz w:val="22"/>
        </w:rPr>
        <w:t xml:space="preserve">  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复杂度要诚实地说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  <w:r>
        <w:rPr>
          <w:rFonts w:ascii="PingFang SC" w:hAnsi="PingFang SC"/>
          <w:color w:val="111827"/>
          <w:sz w:val="22"/>
        </w:rPr>
        <w:t xml:space="preserve">SPFA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的期望复杂度是</w:t>
      </w:r>
      <w:r>
        <w:rPr>
          <w:rFonts w:ascii="PingFang SC" w:hAnsi="PingFang SC"/>
          <w:color w:val="111827"/>
          <w:sz w:val="22"/>
        </w:rPr>
        <w:t xml:space="preserve"> O(k·m)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（</w:t>
      </w:r>
      <w:r>
        <w:rPr>
          <w:rFonts w:ascii="PingFang SC" w:hAnsi="PingFang SC"/>
          <w:color w:val="111827"/>
          <w:sz w:val="22"/>
        </w:rPr>
        <w:t xml:space="preserve">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为平均入队次数，通常很小），但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最坏可以退化到 O(n·m)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，与</w:t>
      </w:r>
      <w:r>
        <w:rPr>
          <w:rFonts w:ascii="PingFang SC" w:hAnsi="PingFang SC"/>
          <w:color w:val="111827"/>
          <w:sz w:val="22"/>
        </w:rPr>
        <w:t xml:space="preserve"> Bellman-Ford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相同。它在网格图等特定结构上会被构造数据卡到最坏情况，因此不建议作为生产的默认选择。项目保留它，主要是为了对比教学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「队列优化在平均情况下有多快、在最坏情况下有多脆」本身就是很好的教材。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（四）三者的关系与选择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场景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推荐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理由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边权全非负，单源最短路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堆优化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O((n+m)log n)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，稳定且快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存在负权边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Bellman-Ford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唯一能正确处理负权单源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存在负权边但想更快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SPFA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平均更快，但要接受被卡最坏情况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只需要确定顺序做动画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记录型版本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与主算法逻辑一致，仅多一个输出</w:t>
            </w:r>
          </w:p>
        </w:tc>
      </w:tr>
    </w:tbl>
    <w:p>
      <w:bookmarkStart w:id="13" w:name="_Toc_section_4"/>
      <w:bookmarkStart w:id="3" w:name="section-4"/>
      <w:pPr>
        <w:pStyle w:val="Heading2"/>
        <w:spacing w:line="312" w:lineRule="auto"/>
      </w:pPr>
      <w:bookmarkEnd w:id="3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三、全源最短路：Floyd</w:t>
      </w:r>
      <w:bookmarkEnd w:id="13"/>
    </w:p>
    <w:p>
      <w:pPr>
        <w:jc w:val="both"/>
      </w:pPr>
      <w:r>
        <w:rPr>
          <w:rFonts w:ascii="PingFang SC" w:hAnsi="PingFang SC"/>
          <w:color w:val="111827"/>
          <w:sz w:val="22"/>
        </w:rPr>
        <w:t xml:space="preserve">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一次性求出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所有点对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之间的最短距离，代码只有三层循环。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（一）状态定义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把「中转站」逐个解禁。第</w:t>
      </w:r>
      <w:r>
        <w:rPr>
          <w:rFonts w:ascii="PingFang SC" w:hAnsi="PingFang SC"/>
          <w:color w:val="111827"/>
          <w:sz w:val="22"/>
        </w:rPr>
        <w:t xml:space="preserve"> 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轮的含义是：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只允许使用编号 0..k 的点作为中转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for k in 0 .. n-1:                 // 第 1 层：本轮允许把 k 当中转站</w:t>
        <w:br/>
        <w:t xml:space="preserve">    for i in 0 .. n-1:             // 第 2 层：起点</w:t>
        <w:br/>
        <w:t xml:space="preserve">        for j in 0 .. n-1:         // 第 3 层：终点</w:t>
        <w:br/>
        <w:t xml:space="preserve">            dis[i][j] = min(dis[i][j], dis[i][k] + dis[k][j])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（二）为什么 k 必须是最外层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这是</w:t>
      </w:r>
      <w:r>
        <w:rPr>
          <w:rFonts w:ascii="PingFang SC" w:hAnsi="PingFang SC"/>
          <w:color w:val="111827"/>
          <w:sz w:val="22"/>
        </w:rPr>
        <w:t xml:space="preserve"> 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最容易被写错的地方。把</w:t>
      </w:r>
      <w:r>
        <w:rPr>
          <w:rFonts w:ascii="PingFang SC" w:hAnsi="PingFang SC"/>
          <w:color w:val="111827"/>
          <w:sz w:val="22"/>
        </w:rPr>
        <w:t xml:space="preserve"> 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放到内层，等价于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只允许使用一个中转站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而真实的最短路径可能需要连续中转多次。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举例：若答案是</w:t>
      </w:r>
      <w:r>
        <w:rPr>
          <w:rFonts w:ascii="PingFang SC" w:hAnsi="PingFang SC"/>
          <w:color w:val="111827"/>
          <w:sz w:val="22"/>
        </w:rPr>
        <w:t xml:space="preserve"> A → B → C → D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，需要同时经过</w:t>
      </w:r>
      <w:r>
        <w:rPr>
          <w:rFonts w:ascii="PingFang SC" w:hAnsi="PingFang SC"/>
          <w:color w:val="111827"/>
          <w:sz w:val="22"/>
        </w:rPr>
        <w:t xml:space="preserve"> B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、</w:t>
      </w:r>
      <w:r>
        <w:rPr>
          <w:rFonts w:ascii="PingFang SC" w:hAnsi="PingFang SC"/>
          <w:color w:val="111827"/>
          <w:sz w:val="22"/>
        </w:rPr>
        <w:t xml:space="preserve">C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两个中转点。只有</w:t>
      </w:r>
      <w:r>
        <w:rPr>
          <w:rFonts w:ascii="PingFang SC" w:hAnsi="PingFang SC"/>
          <w:color w:val="111827"/>
          <w:sz w:val="22"/>
        </w:rPr>
        <w:t xml:space="preserve"> 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在最外层、逐个解禁，</w:t>
      </w:r>
      <w:r>
        <w:rPr>
          <w:rFonts w:ascii="JetBrains Mono" w:hAnsi="JetBrains Mono"/>
          <w:color w:val="111827"/>
          <w:sz w:val="18"/>
        </w:rPr>
        <w:t>dis[A][C]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才会在</w:t>
      </w:r>
      <w:r>
        <w:rPr>
          <w:rFonts w:ascii="PingFang SC" w:hAnsi="PingFang SC"/>
          <w:color w:val="111827"/>
          <w:sz w:val="22"/>
        </w:rPr>
        <w:t xml:space="preserve"> B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解禁时先被更新，</w:t>
      </w:r>
      <w:r>
        <w:rPr>
          <w:rFonts w:ascii="JetBrains Mono" w:hAnsi="JetBrains Mono"/>
          <w:color w:val="111827"/>
          <w:sz w:val="18"/>
        </w:rPr>
        <w:t>dis[A][D]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才能在</w:t>
      </w:r>
      <w:r>
        <w:rPr>
          <w:rFonts w:ascii="PingFang SC" w:hAnsi="PingFang SC"/>
          <w:color w:val="111827"/>
          <w:sz w:val="22"/>
        </w:rPr>
        <w:t xml:space="preserve"> C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解禁时利用到已经更新过的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dis[A][C]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spacing w:after="110"/>
        <w:jc w:val="both"/>
        <w:pBdr>
          <w:left w:val="single" w:sz="18" w:space="0" w:color="2563EB"/>
        </w:pBdr>
        <w:shd w:val="clear" w:color="auto" w:fill="FEF3C7"/>
      </w:pPr>
      <w:r>
        <w:rPr>
          <w:rFonts w:ascii="PingFang SC" w:hAnsi="PingFang SC"/>
          <w:color w:val="111827"/>
          <w:sz w:val="22"/>
        </w:rPr>
        <w:t xml:space="preserve">  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错误不会报错，只会静默算出偏大的距离。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这是它危险的地方。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（三）路径还原：next 矩阵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只记录长度无法还原路径，所以额外维护 </w:t>
      </w:r>
      <w:r>
        <w:rPr>
          <w:rFonts w:ascii="JetBrains Mono" w:hAnsi="JetBrains Mono"/>
          <w:color w:val="111827"/>
          <w:sz w:val="18"/>
        </w:rPr>
        <w:t>next[i][j]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「从</w:t>
      </w:r>
      <w:r>
        <w:rPr>
          <w:rFonts w:ascii="PingFang SC" w:hAnsi="PingFang SC"/>
          <w:color w:val="111827"/>
          <w:sz w:val="22"/>
        </w:rPr>
        <w:t xml:space="preserve"> i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到</w:t>
      </w:r>
      <w:r>
        <w:rPr>
          <w:rFonts w:ascii="PingFang SC" w:hAnsi="PingFang SC"/>
          <w:color w:val="111827"/>
          <w:sz w:val="22"/>
        </w:rPr>
        <w:t xml:space="preserve"> j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的最短路上，</w:t>
      </w:r>
      <w:r>
        <w:rPr>
          <w:rFonts w:ascii="PingFang SC" w:hAnsi="PingFang SC"/>
          <w:color w:val="111827"/>
          <w:sz w:val="22"/>
        </w:rPr>
        <w:t xml:space="preserve">i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的下一个点是谁」。更新距离时同步更新它：</w:t>
      </w:r>
    </w:p>
    <w:p>
      <w:pPr/>
      <w:r>
        <w:rPr>
          <w:rFonts w:ascii="JetBrains Mono" w:hAnsi="JetBrains Mono"/>
          <w:color w:val="111827"/>
          <w:sz w:val="18"/>
        </w:rPr>
        <w:t>if dis[i][k] + dis[k][j] &lt; dis[i][j]:</w:t>
        <w:br/>
        <w:t xml:space="preserve">    dis[i][j] = dis[i][k] + dis[k][j]</w:t>
        <w:br/>
        <w:t xml:space="preserve">    next[i][j] = next[i][k]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复原时从</w:t>
      </w:r>
      <w:r>
        <w:rPr>
          <w:rFonts w:ascii="PingFang SC" w:hAnsi="PingFang SC"/>
          <w:color w:val="111827"/>
          <w:sz w:val="22"/>
        </w:rPr>
        <w:t xml:space="preserve"> i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开始沿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next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一路跳到</w:t>
      </w:r>
      <w:r>
        <w:rPr>
          <w:rFonts w:ascii="PingFang SC" w:hAnsi="PingFang SC"/>
          <w:color w:val="111827"/>
          <w:sz w:val="22"/>
        </w:rPr>
        <w:t xml:space="preserve"> j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即可。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（四）负环检测</w:t>
      </w:r>
    </w:p>
    <w:p>
      <w:pPr>
        <w:jc w:val="both"/>
      </w:pPr>
      <w:r>
        <w:rPr>
          <w:rFonts w:ascii="PingFang SC" w:hAnsi="PingFang SC"/>
          <w:color w:val="111827"/>
          <w:sz w:val="22"/>
        </w:rPr>
        <w:t xml:space="preserve">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的收尾检查非常优雅：跑完后如果某个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dis[i][i] &lt; 0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，说明从</w:t>
      </w:r>
      <w:r>
        <w:rPr>
          <w:rFonts w:ascii="PingFang SC" w:hAnsi="PingFang SC"/>
          <w:color w:val="111827"/>
          <w:sz w:val="22"/>
        </w:rPr>
        <w:t xml:space="preserve"> i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出发绕一圈回到</w:t>
      </w:r>
      <w:r>
        <w:rPr>
          <w:rFonts w:ascii="PingFang SC" w:hAnsi="PingFang SC"/>
          <w:color w:val="111827"/>
          <w:sz w:val="22"/>
        </w:rPr>
        <w:t xml:space="preserve"> i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反而更短，即存在负环。</w:t>
      </w:r>
    </w:p>
    <w:p>
      <w:bookmarkStart w:id="14" w:name="_Toc_section_5"/>
      <w:bookmarkStart w:id="4" w:name="section-5"/>
      <w:pPr>
        <w:pStyle w:val="Heading2"/>
        <w:spacing w:line="312" w:lineRule="auto"/>
      </w:pPr>
      <w:bookmarkEnd w:id="4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四、算法对比总表</w:t>
      </w:r>
      <w:bookmarkEnd w:id="14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算法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每步做什么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时间复杂度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边权要求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输出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项目中的角色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Dijkstra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朴素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线性扫描找最小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O(n² + m)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非负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单源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教学基准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Dijkstra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堆优化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优先队列取最小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O((n+m) log n)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非负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单源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实际计算默认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Dijkstra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记录型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同上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+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记录顺序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O((n+m) log n)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非负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单源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+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顺序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动画回放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SPFA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出队才松弛邻边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O(k·m)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期望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/ O(n·m)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最坏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可负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单源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对比对象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Bellman-Ford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每轮扫全部边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O(n·m)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可负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单源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负权与负环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Floyd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三重循环，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中转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O(n³)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可负（无负环）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全源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全源距离与路径</w:t>
            </w:r>
          </w:p>
        </w:tc>
      </w:tr>
    </w:tbl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（一）一个实测结论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在</w:t>
      </w:r>
      <w:r>
        <w:rPr>
          <w:rFonts w:ascii="PingFang SC" w:hAnsi="PingFang SC"/>
          <w:color w:val="111827"/>
          <w:sz w:val="22"/>
        </w:rPr>
        <w:t xml:space="preserve"> 411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个节点、</w:t>
      </w:r>
      <w:r>
        <w:rPr>
          <w:rFonts w:ascii="PingFang SC" w:hAnsi="PingFang SC"/>
          <w:color w:val="111827"/>
          <w:sz w:val="22"/>
        </w:rPr>
        <w:t xml:space="preserve">5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个目标站的路网上跑巡回求解，几组策略的实测表现差异极大：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距离矩阵策略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顺序策略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耗时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总耗时结果</w:t>
            </w:r>
          </w:p>
        </w:tc>
      </w:tr>
      <w:tr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状态压缩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DP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0.79 ms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102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分钟</w:t>
            </w:r>
          </w:p>
        </w:tc>
      </w:tr>
      <w:tr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最近邻贪心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0.72 ms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114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分钟</w:t>
            </w:r>
          </w:p>
        </w:tc>
      </w:tr>
      <w:tr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SPFA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最近邻贪心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0.23 ms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114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分钟</w:t>
            </w:r>
          </w:p>
        </w:tc>
      </w:tr>
      <w:tr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一次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Floyd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状态压缩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DP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643 ms</w:t>
            </w:r>
          </w:p>
        </w:tc>
        <w:tc>
          <w:tcPr>
            <w:tcW w:type="dxa" w:w="216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102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分钟</w:t>
            </w:r>
          </w:p>
        </w:tc>
      </w:tr>
    </w:tbl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这张表说明了两件事。第一，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Floyd 在这里慢得没有道理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：它执行了约</w:t>
      </w:r>
      <w:r>
        <w:rPr>
          <w:rFonts w:ascii="PingFang SC" w:hAnsi="PingFang SC"/>
          <w:color w:val="111827"/>
          <w:sz w:val="22"/>
        </w:rPr>
        <w:t xml:space="preserve"> 800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倍的耗时，结果却和</w:t>
      </w:r>
      <w:r>
        <w:rPr>
          <w:rFonts w:ascii="PingFang SC" w:hAnsi="PingFang SC"/>
          <w:color w:val="111827"/>
          <w:sz w:val="22"/>
        </w:rPr>
        <w:t xml:space="preserve"> 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次</w:t>
      </w:r>
      <w:r>
        <w:rPr>
          <w:rFonts w:ascii="PingFang SC" w:hAnsi="PingFang SC"/>
          <w:color w:val="111827"/>
          <w:sz w:val="22"/>
        </w:rPr>
        <w:t xml:space="preserve"> Dijkstra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完全一致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因为目标只有</w:t>
      </w:r>
      <w:r>
        <w:rPr>
          <w:rFonts w:ascii="PingFang SC" w:hAnsi="PingFang SC"/>
          <w:color w:val="111827"/>
          <w:sz w:val="22"/>
        </w:rPr>
        <w:t xml:space="preserve"> 5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个（</w:t>
      </w:r>
      <w:r>
        <w:rPr>
          <w:rFonts w:ascii="PingFang SC" w:hAnsi="PingFang SC"/>
          <w:color w:val="111827"/>
          <w:sz w:val="22"/>
        </w:rPr>
        <w:t>k = 6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），</w:t>
      </w:r>
      <w:r>
        <w:rPr>
          <w:rFonts w:ascii="PingFang SC" w:hAnsi="PingFang SC"/>
          <w:color w:val="111827"/>
          <w:sz w:val="22"/>
        </w:rPr>
        <w:t xml:space="preserve">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却把整个</w:t>
      </w:r>
      <w:r>
        <w:rPr>
          <w:rFonts w:ascii="PingFang SC" w:hAnsi="PingFang SC"/>
          <w:color w:val="111827"/>
          <w:sz w:val="22"/>
        </w:rPr>
        <w:t xml:space="preserve"> 411×411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的全源矩阵都算了。第二，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贪心不是最优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：它比精确</w:t>
      </w:r>
      <w:r>
        <w:rPr>
          <w:rFonts w:ascii="PingFang SC" w:hAnsi="PingFang SC"/>
          <w:color w:val="111827"/>
          <w:sz w:val="22"/>
        </w:rPr>
        <w:t xml:space="preserve"> DP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少算了</w:t>
      </w:r>
      <w:r>
        <w:rPr>
          <w:rFonts w:ascii="PingFang SC" w:hAnsi="PingFang SC"/>
          <w:color w:val="111827"/>
          <w:sz w:val="22"/>
        </w:rPr>
        <w:t xml:space="preserve"> 12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分钟。</w:t>
      </w:r>
    </w:p>
    <w:p>
      <w:bookmarkStart w:id="15" w:name="_Toc_section_6"/>
      <w:bookmarkStart w:id="5" w:name="section-6"/>
      <w:pPr>
        <w:pStyle w:val="Heading2"/>
        <w:spacing w:line="312" w:lineRule="auto"/>
      </w:pPr>
      <w:bookmarkEnd w:id="5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五、从单对到多目标：巡回问题</w:t>
      </w:r>
      <w:bookmarkEnd w:id="15"/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巡回看起来是一个全新的问题，但它并不需要新的最短路算法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它把已经实现的单源算法当成零件，换个方式组合起来。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（一）把问题拆成两步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「从起点出发按最优顺序走完所有目标」听起来比单对最短路复杂得多，但它可以干净地拆成两个独立子问题：</w:t>
      </w:r>
    </w:p>
    <w:p>
      <w:pPr>
        <w:pStyle w:val="ListNumber"/>
        <w:numPr>
          <w:ilvl w:val="0"/>
          <w:numId w:val="12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距离矩阵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：求出「起点</w:t>
      </w:r>
      <w:r>
        <w:rPr>
          <w:rFonts w:ascii="PingFang SC" w:hAnsi="PingFang SC"/>
          <w:color w:val="111827"/>
          <w:sz w:val="22"/>
        </w:rPr>
        <w:t xml:space="preserve"> +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各目标点」两两之间的最短距离。</w:t>
      </w:r>
    </w:p>
    <w:p>
      <w:pPr>
        <w:pStyle w:val="ListNumber"/>
        <w:numPr>
          <w:ilvl w:val="0"/>
          <w:numId w:val="12"/>
        </w:numPr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顺序求解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：在这个小规模距离矩阵上，决定访问顺序。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拆开的好处是两步可以各自换算法，组合出不同的性能</w:t>
      </w:r>
      <w:r>
        <w:rPr>
          <w:rFonts w:ascii="PingFang SC" w:hAnsi="PingFang SC"/>
          <w:color w:val="111827"/>
          <w:sz w:val="22"/>
        </w:rPr>
        <w:t>/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精度取舍。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（二）第一步：距离矩阵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设目标数为</w:t>
      </w:r>
      <w:r>
        <w:rPr>
          <w:rFonts w:ascii="PingFang SC" w:hAnsi="PingFang SC"/>
          <w:color w:val="111827"/>
          <w:sz w:val="22"/>
        </w:rPr>
        <w:t xml:space="preserve"> m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，节点表大小为</w:t>
      </w:r>
      <w:r>
        <w:rPr>
          <w:rFonts w:ascii="PingFang SC" w:hAnsi="PingFang SC"/>
          <w:color w:val="111827"/>
          <w:sz w:val="22"/>
        </w:rPr>
        <w:t xml:space="preserve"> k = m + 1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（含起点）。三种底座可选：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k 次 Dijkstra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：对表中每个点跑一次堆优化</w:t>
      </w:r>
      <w:r>
        <w:rPr>
          <w:rFonts w:ascii="PingFang SC" w:hAnsi="PingFang SC"/>
          <w:color w:val="111827"/>
          <w:sz w:val="22"/>
        </w:rPr>
        <w:t xml:space="preserve"> Dijkstra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，复杂度</w:t>
      </w:r>
      <w:r>
        <w:rPr>
          <w:rFonts w:ascii="PingFang SC" w:hAnsi="PingFang SC"/>
          <w:color w:val="111827"/>
          <w:sz w:val="22"/>
        </w:rPr>
        <w:t xml:space="preserve"> O(k·(n+m)·log n)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k 次 SPFA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：同上，最坏</w:t>
      </w:r>
      <w:r>
        <w:rPr>
          <w:rFonts w:ascii="PingFang SC" w:hAnsi="PingFang SC"/>
          <w:color w:val="111827"/>
          <w:sz w:val="22"/>
        </w:rPr>
        <w:t xml:space="preserve"> O(k·n·m)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一次 Floyd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  <w:r>
        <w:rPr>
          <w:rFonts w:ascii="PingFang SC" w:hAnsi="PingFang SC"/>
          <w:color w:val="111827"/>
          <w:sz w:val="22"/>
        </w:rPr>
        <w:t>O(n³)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，与</w:t>
      </w:r>
      <w:r>
        <w:rPr>
          <w:rFonts w:ascii="PingFang SC" w:hAnsi="PingFang SC"/>
          <w:color w:val="111827"/>
          <w:sz w:val="22"/>
        </w:rPr>
        <w:t xml:space="preserve"> 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无关。</w:t>
      </w:r>
    </w:p>
    <w:p>
      <w:pPr>
        <w:jc w:val="both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取舍点很清晰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  <w:r>
        <w:rPr>
          <w:rFonts w:ascii="PingFang SC" w:hAnsi="PingFang SC"/>
          <w:color w:val="111827"/>
          <w:sz w:val="22"/>
        </w:rPr>
        <w:t xml:space="preserve">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小时多次</w:t>
      </w:r>
      <w:r>
        <w:rPr>
          <w:rFonts w:ascii="PingFang SC" w:hAnsi="PingFang SC"/>
          <w:color w:val="111827"/>
          <w:sz w:val="22"/>
        </w:rPr>
        <w:t xml:space="preserve"> Dijkstra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划算；</w:t>
      </w:r>
      <w:r>
        <w:rPr>
          <w:rFonts w:ascii="PingFang SC" w:hAnsi="PingFang SC"/>
          <w:color w:val="111827"/>
          <w:sz w:val="22"/>
        </w:rPr>
        <w:t xml:space="preserve">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接近</w:t>
      </w:r>
      <w:r>
        <w:rPr>
          <w:rFonts w:ascii="PingFang SC" w:hAnsi="PingFang SC"/>
          <w:color w:val="111827"/>
          <w:sz w:val="22"/>
        </w:rPr>
        <w:t xml:space="preserve"> n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时</w:t>
      </w:r>
      <w:r>
        <w:rPr>
          <w:rFonts w:ascii="PingFang SC" w:hAnsi="PingFang SC"/>
          <w:color w:val="111827"/>
          <w:sz w:val="22"/>
        </w:rPr>
        <w:t xml:space="preserve"> 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更优。上一节的实测正是这个结论的极端案例</w:t>
      </w:r>
      <w:r>
        <w:rPr>
          <w:rFonts w:ascii="PingFang SC" w:hAnsi="PingFang SC"/>
          <w:color w:val="111827"/>
          <w:sz w:val="22"/>
        </w:rPr>
        <w:t xml:space="preserve">——k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很小时，</w:t>
      </w:r>
      <w:r>
        <w:rPr>
          <w:rFonts w:ascii="PingFang SC" w:hAnsi="PingFang SC"/>
          <w:color w:val="111827"/>
          <w:sz w:val="22"/>
        </w:rPr>
        <w:t xml:space="preserve">Floyd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的巨大固定开销完全无法摊薄。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（三）第二步：顺序求解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距离矩阵备好之后，剩下的就是一个纯粹的组合优化问题：在</w:t>
      </w:r>
      <w:r>
        <w:rPr>
          <w:rFonts w:ascii="PingFang SC" w:hAnsi="PingFang SC"/>
          <w:color w:val="111827"/>
          <w:sz w:val="22"/>
        </w:rPr>
        <w:t xml:space="preserve"> m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个目标上找一条代价最小的访问顺序。规模不同，解法也不同。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1. 状态压缩 DP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有了距离矩阵</w:t>
      </w:r>
      <w:r>
        <w:rPr>
          <w:rFonts w:ascii="PingFang SC" w:hAnsi="PingFang SC"/>
          <w:color w:val="111827"/>
          <w:sz w:val="22"/>
        </w:rPr>
        <w:t xml:space="preserve"> D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，问题变成「以最小总代价访问所有目标」。用状态压缩</w:t>
      </w:r>
      <w:r>
        <w:rPr>
          <w:rFonts w:ascii="PingFang SC" w:hAnsi="PingFang SC"/>
          <w:color w:val="111827"/>
          <w:sz w:val="22"/>
        </w:rPr>
        <w:t xml:space="preserve"> DP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（</w:t>
      </w:r>
      <w:r>
        <w:rPr>
          <w:rFonts w:ascii="PingFang SC" w:hAnsi="PingFang SC"/>
          <w:color w:val="111827"/>
          <w:sz w:val="22"/>
        </w:rPr>
        <w:t>Held-Karp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）：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dp[mask][i] = 已访问集合为 mask、当前停在目标 i 的最小总耗时</w:t>
        <w:br/>
        <w:t>dp[1 &lt;&lt; j][j] = D[起点][j]                              // 初始：从起点直达第一个目标</w:t>
        <w:br/>
        <w:t>dp[mask | (1 &lt;&lt; j)][j] = min( dp[mask][i] + D[i][j] )   // 从 i 走到未访问的 j</w:t>
      </w:r>
    </w:p>
    <w:p>
      <w:pPr>
        <w:jc w:val="both"/>
      </w:pPr>
      <w:r>
        <w:rPr>
          <w:rFonts w:ascii="JetBrains Mono" w:hAnsi="JetBrains Mono"/>
          <w:color w:val="111827"/>
          <w:sz w:val="18"/>
        </w:rPr>
        <w:t>mask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的每一位表示一个目标是否已访问。逐层扩展后，取 </w:t>
      </w:r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dp[全集][i]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的最小值即最优总耗时，再顺着父指针回溯即可得到访问顺序。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注意「已访问</w:t>
      </w:r>
      <w:r>
        <w:rPr>
          <w:rFonts w:ascii="PingFang SC" w:hAnsi="PingFang SC"/>
          <w:color w:val="111827"/>
          <w:sz w:val="22"/>
        </w:rPr>
        <w:t xml:space="preserve"> {A, B}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且停在</w:t>
      </w:r>
      <w:r>
        <w:rPr>
          <w:rFonts w:ascii="PingFang SC" w:hAnsi="PingFang SC"/>
          <w:color w:val="111827"/>
          <w:sz w:val="22"/>
        </w:rPr>
        <w:t xml:space="preserve"> B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」和「已访问</w:t>
      </w:r>
      <w:r>
        <w:rPr>
          <w:rFonts w:ascii="PingFang SC" w:hAnsi="PingFang SC"/>
          <w:color w:val="111827"/>
          <w:sz w:val="22"/>
        </w:rPr>
        <w:t xml:space="preserve"> {A, B}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且停在</w:t>
      </w:r>
      <w:r>
        <w:rPr>
          <w:rFonts w:ascii="PingFang SC" w:hAnsi="PingFang SC"/>
          <w:color w:val="111827"/>
          <w:sz w:val="22"/>
        </w:rPr>
        <w:t xml:space="preserve"> A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」是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两个不同状态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因为下一步能走的边不同。这正是需要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mask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和 </w:t>
      </w:r>
      <w:r>
        <w:rPr>
          <w:rFonts w:ascii="JetBrains Mono" w:hAnsi="JetBrains Mono"/>
          <w:color w:val="111827"/>
          <w:sz w:val="18"/>
        </w:rPr>
        <w:t>i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两个维度共同描述状态的原因。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2. 最近邻贪心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目标数变多时，</w:t>
      </w:r>
      <w:r>
        <w:rPr>
          <w:rFonts w:ascii="PingFang SC" w:hAnsi="PingFang SC"/>
          <w:color w:val="111827"/>
          <w:sz w:val="22"/>
        </w:rPr>
        <w:t xml:space="preserve">DP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</w:t>
      </w:r>
      <w:r>
        <w:rPr>
          <w:rFonts w:ascii="PingFang SC" w:hAnsi="PingFang SC"/>
          <w:color w:val="111827"/>
          <w:sz w:val="22"/>
        </w:rPr>
        <w:t xml:space="preserve"> 2</w:t>
      </w:r>
      <w:r>
        <w:rPr>
          <w:rFonts w:ascii="PingFang SC" w:hAnsi="PingFang SC"/>
          <w:color w:val="111827"/>
          <w:sz w:val="22"/>
          <w:vertAlign w:val="superscript"/>
        </w:rPr>
        <w:t>m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规模会爆炸。此时退化为最近邻贪心：每一步都走向「最近的未访问目标」。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它是近似解，不保证最优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上一节实测中它比精确解多花了</w:t>
      </w:r>
      <w:r>
        <w:rPr>
          <w:rFonts w:ascii="PingFang SC" w:hAnsi="PingFang SC"/>
          <w:color w:val="111827"/>
          <w:sz w:val="22"/>
        </w:rPr>
        <w:t xml:space="preserve"> 12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分钟。但当</w:t>
      </w:r>
      <w:r>
        <w:rPr>
          <w:rFonts w:ascii="PingFang SC" w:hAnsi="PingFang SC"/>
          <w:color w:val="111827"/>
          <w:sz w:val="22"/>
        </w:rPr>
        <w:t xml:space="preserve"> m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超过</w:t>
      </w:r>
      <w:r>
        <w:rPr>
          <w:rFonts w:ascii="PingFang SC" w:hAnsi="PingFang SC"/>
          <w:color w:val="111827"/>
          <w:sz w:val="22"/>
        </w:rPr>
        <w:t xml:space="preserve"> 12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时，它是唯一可行的选择。</w:t>
      </w:r>
    </w:p>
    <w:p>
      <w:pPr>
        <w:pStyle w:val="Heading4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3. 规模边界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目标数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m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状态数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2^m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策略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≤ 12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≤ 4096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自动选精确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DP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13 ~ 20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8192 ~ 1048576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自动退化为贪心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&gt; 20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&gt; 100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万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若显式要求精确解则直接放弃并标注「不可用」</w:t>
            </w:r>
          </w:p>
        </w:tc>
      </w:tr>
    </w:tbl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这一边界是显式写死在代码里的，而不是「跑跑看会不会超时」。显式声明「此配置下不可用」，比让用户等待一个可能几分钟都不返回的计算更诚实。</w:t>
      </w:r>
    </w:p>
    <w:p>
      <w:bookmarkStart w:id="16" w:name="_Toc_section_7"/>
      <w:bookmarkStart w:id="6" w:name="section-7"/>
      <w:pPr>
        <w:pStyle w:val="Heading2"/>
        <w:spacing w:line="312" w:lineRule="auto"/>
      </w:pPr>
      <w:bookmarkEnd w:id="6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六、换个目标函数：碰头点选址</w:t>
      </w:r>
      <w:bookmarkEnd w:id="16"/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碰头点是把最短路「用出去」的典型场景。算法内核没有任何新东西，新的只是判断标准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而恰恰是这个标准决定了答案。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（一）问题与算法内核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三个人从不同位置出发，约在哪个站见面。算法上，对每个出发点各跑一次单源最短路，得到「每个人到每个候选点的耗时」，然后在候选点上选一个。选的标准就是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目标函数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（二）两种目标函数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设第</w:t>
      </w:r>
      <w:r>
        <w:rPr>
          <w:rFonts w:ascii="PingFang SC" w:hAnsi="PingFang SC"/>
          <w:color w:val="111827"/>
          <w:sz w:val="22"/>
        </w:rPr>
        <w:t xml:space="preserve"> k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个人到候选点</w:t>
      </w:r>
      <w:r>
        <w:rPr>
          <w:rFonts w:ascii="PingFang SC" w:hAnsi="PingFang SC"/>
          <w:color w:val="111827"/>
          <w:sz w:val="22"/>
        </w:rPr>
        <w:t xml:space="preserve"> v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的耗时为</w:t>
      </w:r>
      <w:r>
        <w:rPr>
          <w:rFonts w:ascii="PingFang SC" w:hAnsi="PingFang SC"/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18"/>
        </w:rPr>
        <w:t>d_k(v)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最省（minisum）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  <w:r>
        <w:rPr>
          <w:rFonts w:ascii="JetBrains Mono" w:hAnsi="JetBrains Mono"/>
          <w:color w:val="111827"/>
          <w:sz w:val="18"/>
        </w:rPr>
        <w:t>min over v of sum_k d_k(v)</w:t>
      </w:r>
      <w:r>
        <w:rPr>
          <w:rFonts w:ascii="PingFang SC" w:hAnsi="PingFang SC"/>
          <w:color w:val="111827"/>
          <w:sz w:val="22"/>
        </w:rPr>
        <w:t xml:space="preserve"> ——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所有人的总耗时最短。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最公平（minimax）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</w:t>
      </w:r>
      <w:r>
        <w:rPr>
          <w:rFonts w:ascii="JetBrains Mono" w:hAnsi="JetBrains Mono"/>
          <w:color w:val="111827"/>
          <w:sz w:val="18"/>
        </w:rPr>
        <w:t>min over v of max_k d_k(v)</w:t>
      </w:r>
      <w:r>
        <w:rPr>
          <w:rFonts w:ascii="PingFang SC" w:hAnsi="PingFang SC"/>
          <w:color w:val="111827"/>
          <w:sz w:val="22"/>
        </w:rPr>
        <w:t xml:space="preserve"> ——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让「最吃亏的那个人」尽量不吃亏。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实现上只需要在遍历候选点时维护两个量：</w:t>
      </w:r>
      <w:r>
        <w:rPr>
          <w:rFonts w:ascii="JetBrains Mono" w:hAnsi="JetBrains Mono"/>
          <w:color w:val="111827"/>
          <w:sz w:val="18"/>
        </w:rPr>
        <w:t>sum</w:t>
      </w:r>
      <w:r>
        <w:rPr>
          <w:rFonts w:ascii="微软雅黑" w:eastAsia="微软雅黑" w:hAnsi="微软雅黑" w:cs="微软雅黑" w:hint="eastAsia"/>
          <w:lang w:eastAsia="zh-CN"/>
        </w:rPr>
        <w:t xml:space="preserve"> 与 </w:t>
      </w:r>
      <w:r>
        <w:rPr>
          <w:rFonts w:ascii="JetBrains Mono" w:hAnsi="JetBrains Mono"/>
          <w:color w:val="111827"/>
          <w:sz w:val="18"/>
        </w:rPr>
        <w:t>mx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，分别取最小即可。若有人到不了该候选点，直接淘汰这个候选点。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（三）两个答案为什么不同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用一个具体场景说明。</w:t>
      </w:r>
      <w:r>
        <w:rPr>
          <w:rFonts w:ascii="PingFang SC" w:hAnsi="PingFang SC"/>
          <w:color w:val="111827"/>
          <w:sz w:val="22"/>
        </w:rPr>
        <w:t>A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、</w:t>
      </w:r>
      <w:r>
        <w:rPr>
          <w:rFonts w:ascii="PingFang SC" w:hAnsi="PingFang SC"/>
          <w:color w:val="111827"/>
          <w:sz w:val="22"/>
        </w:rPr>
        <w:t xml:space="preserve">B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两个人在同一片区，</w:t>
      </w:r>
      <w:r>
        <w:rPr>
          <w:rFonts w:ascii="PingFang SC" w:hAnsi="PingFang SC"/>
          <w:color w:val="111827"/>
          <w:sz w:val="22"/>
        </w:rPr>
        <w:t xml:space="preserve">C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在城另一头。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候选点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A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耗时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B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耗时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C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耗时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总和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最大值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靠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A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、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B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一侧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40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0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330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370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330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位于中间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185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145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185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515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185</w:t>
            </w:r>
          </w:p>
        </w:tc>
      </w:tr>
    </w:tbl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最省准则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选前者：总路程</w:t>
      </w:r>
      <w:r>
        <w:rPr>
          <w:rFonts w:ascii="PingFang SC" w:hAnsi="PingFang SC"/>
          <w:color w:val="111827"/>
          <w:sz w:val="22"/>
        </w:rPr>
        <w:t xml:space="preserve"> 370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分钟，但</w:t>
      </w:r>
      <w:r>
        <w:rPr>
          <w:rFonts w:ascii="PingFang SC" w:hAnsi="PingFang SC"/>
          <w:color w:val="111827"/>
          <w:sz w:val="22"/>
        </w:rPr>
        <w:t xml:space="preserve"> C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要独自走</w:t>
      </w:r>
      <w:r>
        <w:rPr>
          <w:rFonts w:ascii="PingFang SC" w:hAnsi="PingFang SC"/>
          <w:color w:val="111827"/>
          <w:sz w:val="22"/>
        </w:rPr>
        <w:t xml:space="preserve"> 330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最公平准则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选后者：总路程涨到</w:t>
      </w:r>
      <w:r>
        <w:rPr>
          <w:rFonts w:ascii="PingFang SC" w:hAnsi="PingFang SC"/>
          <w:color w:val="111827"/>
          <w:sz w:val="22"/>
        </w:rPr>
        <w:t xml:space="preserve"> 515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分钟，但最远的人也只要</w:t>
      </w:r>
      <w:r>
        <w:rPr>
          <w:rFonts w:ascii="PingFang SC" w:hAnsi="PingFang SC"/>
          <w:color w:val="111827"/>
          <w:sz w:val="22"/>
        </w:rPr>
        <w:t xml:space="preserve"> 185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两个答案完全不同，而且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都不是错的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它们只是优化了不同的东西。</w:t>
      </w:r>
    </w:p>
    <w:p>
      <w:pPr>
        <w:spacing w:after="110"/>
        <w:jc w:val="both"/>
        <w:pBdr>
          <w:left w:val="single" w:sz="18" w:space="0" w:color="2563EB"/>
        </w:pBdr>
        <w:shd w:val="clear" w:color="auto" w:fill="F3F4F6"/>
      </w:pPr>
      <w:r>
        <w:rPr>
          <w:rFonts w:ascii="PingFang SC" w:hAnsi="PingFang SC"/>
          <w:color w:val="111827"/>
          <w:sz w:val="22"/>
        </w:rPr>
        <w:t xml:space="preserve">  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这个例子也是整个项目最想说明的一点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：最短路的结果，取决于你要优化什么。换一个目标函数，同一张图上会得出完全不同的「最优解」。</w:t>
      </w:r>
    </w:p>
    <w:p>
      <w:bookmarkStart w:id="17" w:name="_Toc_section_8"/>
      <w:bookmarkStart w:id="7" w:name="section-8"/>
      <w:pPr>
        <w:pStyle w:val="Heading2"/>
        <w:spacing w:line="312" w:lineRule="auto"/>
      </w:pPr>
      <w:bookmarkEnd w:id="7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七、让权重更真实：拥堵系数建模</w:t>
      </w:r>
      <w:bookmarkEnd w:id="17"/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前面所有算法的输入都依赖边权。如果边权本身不真实，算法再快也只是更快地给出一个不准的答案。这一章专门处理输入的来源。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（一）为什么要建模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项目自带的部分城市数据只有三列（起点、终点、耗时），没有拥堵系数。这意味着「按拥堵计算」在这些数据上等于没算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系数恒为</w:t>
      </w:r>
      <w:r>
        <w:rPr>
          <w:rFonts w:ascii="PingFang SC" w:hAnsi="PingFang SC"/>
          <w:color w:val="111827"/>
          <w:sz w:val="22"/>
        </w:rPr>
        <w:t xml:space="preserve"> 1.0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，所有边等比放大，最短路结果完全不变。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（二）用真实经纬度与拓扑推算系数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真随机数是没有说服力的，所以系数由三个有现实依据的因素推算：</w:t>
      </w:r>
    </w:p>
    <w:p>
      <w:pPr/>
      <w:r>
        <w:rPr>
          <w:rFonts w:ascii="微软雅黑" w:hAnsi="微软雅黑" w:eastAsia="微软雅黑" w:cs="微软雅黑" w:hint="eastAsia"/>
          <w:color w:val="111827"/>
          <w:sz w:val="18"/>
          <w:lang w:eastAsia="zh-CN"/>
        </w:rPr>
        <w:t>factor = 1.0 + 0.55 * centrality + 0.25 * hub - 0.08 * long_ratio</w:t>
        <w:br/>
        <w:br/>
        <w:t>centrality = (1 - rel) ^ 2      // rel 为该区间中点到城市质心的归一化距离</w:t>
        <w:br/>
        <w:t>hub                             // 该区间端点是否为换乘站（度数 &gt;= 3）</w:t>
        <w:br/>
        <w:t>long_ratio                      // 该区间长度占全市最长区间的比例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三个因素各有物理含义：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向心性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：通勤潮汐是所有城市地铁的真实规律，越靠近市中心越挤。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换乘站加成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：与换乘站相邻的区间，客流会叠加。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长区间减免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：站间距越长，通常是郊区快线段，客流相对小。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（三）为什么衰减指数必须大于 1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这是整个建模里最关键的一个决策。</w:t>
      </w:r>
      <w:r>
        <w:rPr>
          <w:rFonts w:ascii="JetBrains Mono" w:hAnsi="JetBrains Mono"/>
          <w:color w:val="111827"/>
          <w:sz w:val="18"/>
        </w:rPr>
        <w:t>centrality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使用 </w:t>
      </w:r>
      <w:r>
        <w:rPr>
          <w:rFonts w:ascii="JetBrains Mono" w:hAnsi="JetBrains Mono"/>
          <w:color w:val="111827"/>
          <w:sz w:val="18"/>
        </w:rPr>
        <w:t>(1 - rel) ^ 2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 xml:space="preserve"> 而不是线性衰减：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线性衰减时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：连「离质心不算远」的区间也拿到了较高系数，实测系数中位数达到</w:t>
      </w:r>
      <w:r>
        <w:rPr>
          <w:rFonts w:ascii="PingFang SC" w:hAnsi="PingFang SC"/>
          <w:color w:val="111827"/>
          <w:sz w:val="22"/>
        </w:rPr>
        <w:t xml:space="preserve"> 1.66——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几乎全城一起堵，区分度极差，最短路和碰头点照样不变。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平方衰减后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：系数被压缩到</w:t>
      </w:r>
      <w:r>
        <w:rPr>
          <w:rFonts w:ascii="PingFang SC" w:hAnsi="PingFang SC"/>
          <w:color w:val="111827"/>
          <w:sz w:val="22"/>
        </w:rPr>
        <w:t xml:space="preserve"> 1.00 ~ 1.76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的区间，拥堵真正集中在核心区。以北京为例，最堵的是西单</w:t>
      </w:r>
      <w:r>
        <w:rPr>
          <w:rFonts w:ascii="PingFang SC" w:hAnsi="PingFang SC"/>
          <w:color w:val="111827"/>
          <w:sz w:val="22"/>
        </w:rPr>
        <w:t>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灵境胡同区间，系数</w:t>
      </w:r>
      <w:r>
        <w:rPr>
          <w:rFonts w:ascii="PingFang SC" w:hAnsi="PingFang SC"/>
          <w:color w:val="111827"/>
          <w:sz w:val="22"/>
        </w:rPr>
        <w:t xml:space="preserve"> 1.76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指数大于</w:t>
      </w:r>
      <w:r>
        <w:rPr>
          <w:rFonts w:ascii="PingFang SC" w:hAnsi="PingFang SC"/>
          <w:color w:val="111827"/>
          <w:sz w:val="22"/>
        </w:rPr>
        <w:t xml:space="preserve"> 1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带来的不是「更好看」，而是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空间差异真正被拉开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，拥堵才会真的改变路径选择。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/>
          <w:color w:val="111827"/>
          <w:sz w:val="26"/>
          <w:lang w:eastAsia="zh-CN"/>
        </w:rPr>
        <w:t>（四）一个诚实的反例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值得一提的是：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光有真实的拥堵系数，碰头点往往还是不变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。原因是各人来的方向不同，但都经过核心区，来路的平均拥堵程度接近，耦合后互相抵消。</w:t>
      </w:r>
    </w:p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真正让选址发生移动的，是叠加高峰模拟（按站点度数模拟高峰期拥堵）之后。这个反例本身很有价值</w:t>
      </w:r>
      <w:r>
        <w:rPr>
          <w:rFonts w:ascii="PingFang SC" w:hAnsi="PingFang SC"/>
          <w:color w:val="111827"/>
          <w:sz w:val="22"/>
        </w:rPr>
        <w:t>——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它说明「数据更真实」和「结论会改变」是两件事，中间还隔着「模型是否对结果敏感」。</w:t>
      </w:r>
    </w:p>
    <w:p>
      <w:bookmarkStart w:id="18" w:name="_Toc_section_9"/>
      <w:bookmarkStart w:id="8" w:name="section-9"/>
      <w:pPr>
        <w:pStyle w:val="Heading2"/>
        <w:spacing w:line="312" w:lineRule="auto"/>
      </w:pPr>
      <w:bookmarkEnd w:id="8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八、总结：什么时候用哪个</w:t>
      </w:r>
      <w:bookmarkEnd w:id="18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需求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用什么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b/>
                <w:color w:val="111827"/>
                <w:sz w:val="18"/>
              </w:rPr>
              <w:t>一句话理由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单对最短路、边权非负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堆优化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稳定、快，工程默认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需要动画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/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可视化重放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记录型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直接给出真实的确定顺序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存在负权边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Bellman-Ford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唯一能正确处理负权的单源算法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需要检测负环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Bellman-Ford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或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Floyd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收尾多扫一轮即可判定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需要全源距离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Floyd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一次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O(n³)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拿下所有点对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目标点少（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≤ 12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）的巡回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 +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状态压缩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DP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精确最优，且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小时远比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Floyd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划算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目标点多（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&gt; 12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）的巡回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k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 +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最近邻贪心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DP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规模爆炸后唯一可行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多人碰头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各自一次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Dijkstra +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 xml:space="preserve"> </w:t>
            </w:r>
            <w:r>
              <w:rPr>
                <w:rFonts w:ascii="PingFang SC" w:hAnsi="PingFang SC" w:eastAsia="PingFang SC"/>
                <w:color w:val="111827"/>
                <w:sz w:val="18"/>
              </w:rPr>
              <w:t>目标函数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45" w:after="45"/>
            </w:pPr>
            <w:r>
              <w:rPr>
                <w:rFonts w:ascii="PingFang SC" w:hAnsi="PingFang SC" w:eastAsia="PingFang SC"/>
                <w:color w:val="111827"/>
                <w:sz w:val="18"/>
              </w:rPr>
              <w:t>算法内核不变，只换优化目标</w:t>
            </w:r>
          </w:p>
        </w:tc>
      </w:tr>
    </w:tbl>
    <w:p>
      <w:pPr>
        <w:jc w:val="both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最后一条也许是整个项目最值得记住的：</w:t>
      </w:r>
      <w:r>
        <w:rPr>
          <w:rFonts w:ascii="微软雅黑" w:hAnsi="微软雅黑" w:eastAsia="微软雅黑" w:cs="微软雅黑" w:hint="eastAsia"/>
          <w:b/>
          <w:color w:val="111827"/>
          <w:sz w:val="22"/>
          <w:lang w:eastAsia="zh-CN"/>
        </w:rPr>
        <w:t>前七个问题问的是「怎么算得更快」，只有最后一个问的是「到底要算什么」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。而在真实场景里，后者的价值常常更高。</w:t>
      </w:r>
    </w:p>
    <w:p>
      <w:bookmarkStart w:id="19" w:name="_Toc_section_10"/>
      <w:bookmarkStart w:id="9" w:name="section-10"/>
      <w:pPr>
        <w:pStyle w:val="Heading2"/>
        <w:spacing w:line="312" w:lineRule="auto"/>
      </w:pPr>
      <w:bookmarkEnd w:id="9"/>
      <w:r>
        <w:rPr>
          <w:rFonts w:ascii="微软雅黑" w:hAnsi="微软雅黑" w:eastAsia="微软雅黑" w:cs="微软雅黑" w:hint="eastAsia"/>
          <w:b/>
          <w:color w:val="111827"/>
          <w:sz w:val="30"/>
          <w:lang w:eastAsia="zh-CN"/>
        </w:rPr>
        <w:t>元信息</w:t>
      </w:r>
      <w:bookmarkEnd w:id="19"/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目标读者：具备基础数据结构知识（图、队列、堆）的中级开发者，或正在学习最短路径算法的学生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前置知识：图的存储方式、优先队列、动态规划入门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技术栈版本：</w:t>
      </w:r>
      <w:r>
        <w:rPr>
          <w:rFonts w:ascii="PingFang SC" w:hAnsi="PingFang SC"/>
          <w:color w:val="111827"/>
          <w:sz w:val="22"/>
        </w:rPr>
        <w:t>C++17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；</w:t>
      </w:r>
      <w:r>
        <w:rPr>
          <w:rFonts w:ascii="PingFang SC" w:hAnsi="PingFang SC"/>
          <w:color w:val="111827"/>
          <w:sz w:val="22"/>
        </w:rPr>
        <w:t>Qt 6.8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（</w:t>
      </w:r>
      <w:r>
        <w:rPr>
          <w:rFonts w:ascii="PingFang SC" w:hAnsi="PingFang SC"/>
          <w:color w:val="111827"/>
          <w:sz w:val="22"/>
        </w:rPr>
        <w:t>Widgets + OpenGL Widgets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）；算法核心与界面解耦，算法部分不依赖</w:t>
      </w:r>
      <w:r>
        <w:rPr>
          <w:rFonts w:ascii="PingFang SC" w:hAnsi="PingFang SC"/>
          <w:color w:val="111827"/>
          <w:sz w:val="22"/>
        </w:rPr>
        <w:t xml:space="preserve"> Qt</w:t>
      </w:r>
    </w:p>
    <w:p>
      <w:pPr>
        <w:pStyle w:val="ListBullet"/>
        <w:spacing w:after="88"/>
      </w:pP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预计阅读时间：约</w:t>
      </w:r>
      <w:r>
        <w:rPr>
          <w:rFonts w:ascii="PingFang SC" w:hAnsi="PingFang SC"/>
          <w:color w:val="111827"/>
          <w:sz w:val="22"/>
        </w:rPr>
        <w:t xml:space="preserve"> 15 </w:t>
      </w:r>
      <w:r>
        <w:rPr>
          <w:rFonts w:ascii="微软雅黑" w:hAnsi="微软雅黑" w:eastAsia="微软雅黑" w:cs="微软雅黑" w:hint="eastAsia"/>
          <w:color w:val="111827"/>
          <w:sz w:val="22"/>
          <w:lang w:eastAsia="zh-CN"/>
        </w:rPr>
        <w:t>分钟</w:t>
      </w:r>
      <w:r/>
      <w:r/>
      <w:r/>
    </w:p>
    <w:sectPr w:rsidR="00FC693F" w:rsidRPr="0006063C" w:rsidSect="00034616">
      <w:footerReference w:type="default" r:id="rId9"/>
      <w:pgSz w:w="11906" w:h="16838"/>
      <w:pgMar w:top="1440" w:right="1797" w:bottom="1440" w:left="179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156" w:val="center"/>
        <w:tab w:pos="8312" w:val="right"/>
      </w:tabs>
    </w:pPr>
    <w:r>
      <w:tab/>
    </w:r>
    <w:fldSimple w:instr="PAGE">
      <w:r>
        <w:t/>
      </w:r>
    </w:fldSimple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7" w:lineRule="auto" w:after="120"/>
      <w:jc w:val="both"/>
    </w:pPr>
    <w:rPr>
      <w:rFonts w:ascii="PingFang SC" w:hAnsi="PingFang SC" w:eastAsia="PingFang SC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5" w:lineRule="auto"/>
      <w:outlineLvl w:val="0"/>
    </w:pPr>
    <w:rPr>
      <w:rFonts w:ascii="PingFang SC" w:hAnsi="PingFang SC" w:eastAsia="PingFang SC"/>
      <w:b/>
      <w:bCs/>
      <w:color w:val="11182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120" w:line="265" w:lineRule="auto"/>
      <w:outlineLvl w:val="1"/>
    </w:pPr>
    <w:rPr>
      <w:rFonts w:ascii="PingFang SC" w:hAnsi="PingFang SC" w:eastAsia="PingFang SC"/>
      <w:b/>
      <w:bCs/>
      <w:color w:val="11182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80" w:after="120" w:line="265" w:lineRule="auto"/>
      <w:outlineLvl w:val="2"/>
    </w:pPr>
    <w:rPr>
      <w:rFonts w:ascii="PingFang SC" w:hAnsi="PingFang SC" w:eastAsia="PingFang SC"/>
      <w:b/>
      <w:bCs/>
      <w:color w:val="111827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480" w:after="120" w:line="265" w:lineRule="auto"/>
      <w:outlineLvl w:val="3"/>
    </w:pPr>
    <w:rPr>
      <w:rFonts w:ascii="PingFang SC" w:hAnsi="PingFang SC" w:eastAsia="PingFang SC"/>
      <w:b/>
      <w:bCs/>
      <w:i/>
      <w:iCs/>
      <w:color w:val="111827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